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keepNext w:val="0"/>
        <w:spacing w:after="180" w:before="0" w:line="240" w:lineRule="auto"/>
        <w:jc w:val="right"/>
      </w:pPr>
      <w:r>
        <w:rPr>
          <w:b w:val="0"/>
          <w:sz w:val="20"/>
        </w:rPr>
        <w:t>Додаток 3</w:t>
        <w:br/>
        <w:t>до Положення про атестацію</w:t>
        <w:br/>
        <w:t>педагогічних працівників</w:t>
        <w:br/>
        <w:t>(пункт 10 розділу III)</w:t>
      </w:r>
    </w:p>
    <w:p>
      <w:pPr>
        <w:pStyle w:val="Title"/>
        <w:jc w:val="center"/>
      </w:pPr>
      <w:r>
        <w:t>Атестаційний лист</w:t>
      </w:r>
    </w:p>
    <w:p>
      <w:pPr>
        <w:keepNext/>
        <w:spacing w:after="40" w:before="0"/>
      </w:pPr>
      <w:r>
        <w:rPr>
          <w:b w:val="0"/>
        </w:rPr>
        <w:t>1. Прізвище, ім’я, по батькові (за наявності) педагогічного працівника</w:t>
      </w:r>
    </w:p>
    <w:p>
      <w:pPr>
        <w:keepNext w:val="0"/>
        <w:spacing w:after="120" w:before="0"/>
      </w:pPr>
      <w:r>
        <w:rPr>
          <w:b w:val="0"/>
        </w:rPr>
        <w:t>________________________________________________________________________</w:t>
      </w:r>
    </w:p>
    <w:p>
      <w:pPr>
        <w:keepNext/>
        <w:spacing w:after="40" w:before="0"/>
      </w:pPr>
      <w:r>
        <w:rPr>
          <w:b w:val="0"/>
        </w:rPr>
        <w:t>2. Дата подання документів</w:t>
      </w:r>
    </w:p>
    <w:p>
      <w:pPr>
        <w:keepNext w:val="0"/>
        <w:spacing w:after="120" w:before="0"/>
      </w:pPr>
      <w:r>
        <w:rPr>
          <w:b w:val="0"/>
        </w:rPr>
        <w:t>________________________________________________________________________</w:t>
      </w:r>
    </w:p>
    <w:p>
      <w:pPr>
        <w:keepNext/>
        <w:spacing w:after="40" w:before="0"/>
      </w:pPr>
      <w:r>
        <w:rPr>
          <w:b w:val="0"/>
        </w:rPr>
        <w:t>3. Освіта</w:t>
      </w:r>
    </w:p>
    <w:p>
      <w:pPr>
        <w:keepNext w:val="0"/>
        <w:spacing w:after="120" w:before="0"/>
      </w:pPr>
      <w:r>
        <w:rPr>
          <w:b w:val="0"/>
        </w:rPr>
        <w:t>________________________________________________________________________</w:t>
      </w:r>
    </w:p>
    <w:p>
      <w:pPr>
        <w:keepNext/>
        <w:spacing w:after="40" w:before="0"/>
      </w:pPr>
      <w:r>
        <w:rPr>
          <w:b w:val="0"/>
        </w:rPr>
        <w:t>4. Ступінь (освітньо-кваліфікаційний рівень) вищої освіти</w:t>
      </w:r>
    </w:p>
    <w:p>
      <w:pPr>
        <w:keepNext w:val="0"/>
        <w:spacing w:after="120" w:before="0"/>
      </w:pPr>
      <w:r>
        <w:rPr>
          <w:b w:val="0"/>
        </w:rPr>
        <w:t>________________________________________________________________________</w:t>
      </w:r>
    </w:p>
    <w:p>
      <w:pPr>
        <w:keepNext/>
        <w:spacing w:after="40" w:before="0"/>
      </w:pPr>
      <w:r>
        <w:rPr>
          <w:b w:val="0"/>
        </w:rPr>
        <w:t>5. Освітньо-науковий ступінь (за наявності)</w:t>
      </w:r>
    </w:p>
    <w:p>
      <w:pPr>
        <w:keepNext w:val="0"/>
        <w:spacing w:after="120" w:before="0"/>
      </w:pPr>
      <w:r>
        <w:rPr>
          <w:b w:val="0"/>
        </w:rPr>
        <w:t>________________________________________________________________________</w:t>
      </w:r>
    </w:p>
    <w:p>
      <w:pPr>
        <w:keepNext/>
        <w:spacing w:after="40" w:before="0"/>
      </w:pPr>
      <w:r>
        <w:rPr>
          <w:b w:val="0"/>
        </w:rPr>
        <w:t>6. Найменування закладу освіти, який видав документ про освіту</w:t>
      </w:r>
    </w:p>
    <w:p>
      <w:pPr>
        <w:keepNext w:val="0"/>
        <w:spacing w:after="120" w:before="0"/>
      </w:pPr>
      <w:r>
        <w:rPr>
          <w:b w:val="0"/>
        </w:rPr>
        <w:t>________________________________________________________________________</w:t>
      </w:r>
    </w:p>
    <w:p>
      <w:pPr>
        <w:keepNext/>
        <w:spacing w:after="40" w:before="0"/>
      </w:pPr>
      <w:r>
        <w:rPr>
          <w:b w:val="0"/>
        </w:rPr>
        <w:t>7. Спеціальність, зазначена в дипломі</w:t>
      </w:r>
    </w:p>
    <w:p>
      <w:pPr>
        <w:keepNext w:val="0"/>
        <w:spacing w:after="120" w:before="0"/>
      </w:pPr>
      <w:r>
        <w:rPr>
          <w:b w:val="0"/>
        </w:rPr>
        <w:t>________________________________________________________________________</w:t>
      </w:r>
    </w:p>
    <w:p>
      <w:pPr>
        <w:keepNext/>
        <w:spacing w:after="40" w:before="0"/>
      </w:pPr>
      <w:r>
        <w:rPr>
          <w:b w:val="0"/>
        </w:rPr>
        <w:t>8. Кваліфікація, зазначена в дипломі (додатку до нього)</w:t>
      </w:r>
    </w:p>
    <w:p>
      <w:pPr>
        <w:keepNext w:val="0"/>
        <w:spacing w:after="120" w:before="0"/>
      </w:pPr>
      <w:r>
        <w:rPr>
          <w:b w:val="0"/>
        </w:rPr>
        <w:t>________________________________________________________________________</w:t>
      </w:r>
    </w:p>
    <w:p>
      <w:pPr>
        <w:keepNext/>
        <w:spacing w:after="40" w:before="0"/>
      </w:pPr>
      <w:r>
        <w:rPr>
          <w:b w:val="0"/>
        </w:rPr>
        <w:t>9. Стаж роботи на посадах педагогічних працівників</w:t>
      </w:r>
    </w:p>
    <w:p>
      <w:pPr>
        <w:keepNext w:val="0"/>
        <w:spacing w:after="120" w:before="0"/>
      </w:pPr>
      <w:r>
        <w:rPr>
          <w:b w:val="0"/>
        </w:rPr>
        <w:t>________________________________________________________________________</w:t>
      </w:r>
    </w:p>
    <w:p>
      <w:pPr>
        <w:keepNext/>
        <w:spacing w:after="40" w:before="0"/>
      </w:pPr>
      <w:r>
        <w:rPr>
          <w:b w:val="0"/>
        </w:rPr>
        <w:t>10. Відомості про підвищення кваліфікації</w:t>
      </w:r>
    </w:p>
    <w:p>
      <w:pPr>
        <w:keepNext w:val="0"/>
        <w:spacing w:after="120" w:before="0"/>
      </w:pPr>
      <w:r>
        <w:rPr>
          <w:b w:val="0"/>
        </w:rPr>
        <w:t>________________________________________________________________________</w:t>
      </w:r>
    </w:p>
    <w:p>
      <w:pPr>
        <w:keepNext/>
        <w:spacing w:after="40" w:before="0"/>
      </w:pPr>
      <w:r>
        <w:rPr>
          <w:b w:val="0"/>
        </w:rPr>
        <w:t>11. Дата проходження та результати попередньої атестації</w:t>
      </w:r>
    </w:p>
    <w:p>
      <w:pPr>
        <w:keepNext w:val="0"/>
        <w:spacing w:after="120" w:before="0"/>
      </w:pPr>
      <w:r>
        <w:rPr>
          <w:b w:val="0"/>
        </w:rPr>
        <w:t>________________________________________________________________________</w:t>
      </w:r>
    </w:p>
    <w:p>
      <w:pPr>
        <w:keepNext/>
        <w:spacing w:after="40" w:before="0"/>
      </w:pPr>
      <w:r>
        <w:rPr>
          <w:b w:val="0"/>
        </w:rPr>
        <w:t>12. Посада, за якою атестується (яку займає) педагогічний працівник</w:t>
      </w:r>
    </w:p>
    <w:p>
      <w:pPr>
        <w:keepNext w:val="0"/>
        <w:spacing w:after="120" w:before="0"/>
      </w:pPr>
      <w:r>
        <w:rPr>
          <w:b w:val="0"/>
        </w:rPr>
        <w:t>________________________________________________________________________</w:t>
      </w:r>
    </w:p>
    <w:p>
      <w:pPr>
        <w:keepNext/>
        <w:spacing w:after="40" w:before="0"/>
      </w:pPr>
      <w:r>
        <w:rPr>
          <w:b w:val="0"/>
        </w:rPr>
        <w:t>13. Навчальний предмет (інтегрований курс, дисципліна тощо), який (які) викладає педагогічний працівник</w:t>
      </w:r>
    </w:p>
    <w:p>
      <w:pPr>
        <w:keepNext w:val="0"/>
        <w:spacing w:after="120" w:before="0"/>
      </w:pPr>
      <w:r>
        <w:rPr>
          <w:b w:val="0"/>
        </w:rPr>
        <w:t>________________________________________________________________________</w:t>
      </w:r>
    </w:p>
    <w:p>
      <w:r>
        <w:br w:type="page"/>
      </w:r>
    </w:p>
    <w:p>
      <w:pPr>
        <w:keepNext w:val="0"/>
        <w:spacing w:after="200" w:before="0"/>
      </w:pPr>
      <w:r>
        <w:rPr>
          <w:b/>
        </w:rPr>
        <w:t>Атестаційна комісія ______ рівня</w:t>
      </w:r>
    </w:p>
    <w:p>
      <w:pPr>
        <w:keepNext w:val="0"/>
        <w:spacing w:after="100" w:before="0"/>
      </w:pPr>
      <w:r>
        <w:rPr>
          <w:b w:val="0"/>
        </w:rPr>
        <w:t>________________________________________________________________________</w:t>
      </w:r>
    </w:p>
    <w:p>
      <w:pPr>
        <w:keepNext w:val="0"/>
        <w:spacing w:after="100" w:before="0"/>
      </w:pPr>
      <w:r>
        <w:rPr>
          <w:b w:val="0"/>
        </w:rPr>
        <w:t>________________________________________________________________________</w:t>
      </w:r>
    </w:p>
    <w:p>
      <w:pPr>
        <w:keepNext w:val="0"/>
        <w:spacing w:after="80" w:before="0"/>
      </w:pPr>
      <w:r>
        <w:rPr>
          <w:b w:val="0"/>
          <w:sz w:val="18"/>
        </w:rPr>
        <w:t>(найменування закладу освіти, установи, відокремленого структурного підрозділу,</w:t>
        <w:br/>
        <w:t>органу управління у сфері освіти)</w:t>
      </w:r>
    </w:p>
    <w:p>
      <w:pPr>
        <w:keepNext w:val="0"/>
        <w:spacing w:after="100" w:before="180"/>
      </w:pPr>
      <w:r>
        <w:rPr>
          <w:b/>
        </w:rPr>
        <w:t>прийняла рішення:</w:t>
      </w:r>
    </w:p>
    <w:p>
      <w:pPr>
        <w:keepNext w:val="0"/>
        <w:spacing w:after="160" w:before="0"/>
      </w:pPr>
      <w:r>
        <w:rPr>
          <w:b w:val="0"/>
          <w:sz w:val="22"/>
        </w:rPr>
        <w:t>Протокол № ______ від «_____» __________________ 20_____ року</w:t>
      </w:r>
    </w:p>
    <w:p>
      <w:pPr>
        <w:keepNext w:val="0"/>
        <w:spacing w:after="100" w:before="0"/>
      </w:pPr>
      <w:r>
        <w:rPr>
          <w:b w:val="0"/>
        </w:rPr>
        <w:t>________________________________________________________________________</w:t>
      </w:r>
    </w:p>
    <w:p>
      <w:pPr>
        <w:keepNext w:val="0"/>
        <w:spacing w:after="80" w:before="0"/>
      </w:pPr>
      <w:r>
        <w:rPr>
          <w:b w:val="0"/>
          <w:sz w:val="18"/>
        </w:rPr>
        <w:t>(прізвище, ім’я, по батькові (за наявності) педагогічного працівника)</w:t>
      </w:r>
    </w:p>
    <w:p>
      <w:pPr>
        <w:keepNext w:val="0"/>
        <w:spacing w:after="100" w:before="0"/>
      </w:pPr>
      <w:r>
        <w:rPr>
          <w:b w:val="0"/>
        </w:rPr>
        <w:t>________________________________________________________________________</w:t>
      </w:r>
    </w:p>
    <w:p>
      <w:pPr>
        <w:keepNext w:val="0"/>
        <w:spacing w:after="80" w:before="0"/>
      </w:pPr>
      <w:r>
        <w:rPr>
          <w:b w:val="0"/>
          <w:sz w:val="18"/>
        </w:rPr>
        <w:t>(відповідає займаній посаді, не відповідає займаній посаді)</w:t>
      </w:r>
    </w:p>
    <w:p>
      <w:pPr>
        <w:keepNext w:val="0"/>
        <w:spacing w:after="100" w:before="0"/>
      </w:pPr>
      <w:r>
        <w:rPr>
          <w:b w:val="0"/>
        </w:rPr>
        <w:t>________________________________________________________________________</w:t>
      </w:r>
    </w:p>
    <w:p>
      <w:pPr>
        <w:keepNext w:val="0"/>
        <w:spacing w:after="80" w:before="0"/>
      </w:pPr>
      <w:r>
        <w:rPr>
          <w:b w:val="0"/>
          <w:sz w:val="18"/>
        </w:rPr>
        <w:t>(присвоїти / підтвердити / знизити кваліфікаційну категорію)</w:t>
      </w:r>
    </w:p>
    <w:p>
      <w:pPr>
        <w:keepNext w:val="0"/>
        <w:spacing w:after="100" w:before="0"/>
      </w:pPr>
      <w:r>
        <w:rPr>
          <w:b w:val="0"/>
        </w:rPr>
        <w:t>________________________________________________________________________</w:t>
      </w:r>
    </w:p>
    <w:p>
      <w:pPr>
        <w:keepNext w:val="0"/>
        <w:spacing w:after="80" w:before="0"/>
      </w:pPr>
      <w:r>
        <w:rPr>
          <w:b w:val="0"/>
          <w:sz w:val="18"/>
        </w:rPr>
        <w:t>(присвоїти / підтвердити / не підтвердити / позбавити педагогічного звання)</w:t>
      </w:r>
    </w:p>
    <w:p>
      <w:pPr>
        <w:keepNext/>
        <w:spacing w:after="140" w:before="280"/>
      </w:pPr>
      <w:r>
        <w:rPr>
          <w:b w:val="0"/>
        </w:rPr>
        <w:t>Голова атестаційної комісії</w:t>
      </w:r>
    </w:p>
    <w:p>
      <w:pPr>
        <w:keepNext w:val="0"/>
        <w:spacing w:after="20" w:before="0"/>
      </w:pPr>
      <w:r>
        <w:rPr>
          <w:b w:val="0"/>
        </w:rPr>
        <w:t>__________________    __________________________________</w:t>
      </w:r>
    </w:p>
    <w:p>
      <w:pPr>
        <w:keepNext w:val="0"/>
        <w:spacing w:after="80" w:before="0"/>
      </w:pPr>
      <w:r>
        <w:rPr>
          <w:b w:val="0"/>
          <w:sz w:val="18"/>
        </w:rPr>
        <w:t>(підпис)                                      (Власне ім’я, ПРІЗВИЩЕ)</w:t>
      </w:r>
    </w:p>
    <w:p>
      <w:pPr>
        <w:keepNext/>
        <w:spacing w:after="140" w:before="200"/>
      </w:pPr>
      <w:r>
        <w:rPr>
          <w:b w:val="0"/>
        </w:rPr>
        <w:t>Секретар атестаційної комісії</w:t>
      </w:r>
    </w:p>
    <w:p>
      <w:pPr>
        <w:keepNext w:val="0"/>
        <w:spacing w:after="20" w:before="0"/>
      </w:pPr>
      <w:r>
        <w:rPr>
          <w:b w:val="0"/>
        </w:rPr>
        <w:t>__________________    __________________________________</w:t>
      </w:r>
    </w:p>
    <w:p>
      <w:pPr>
        <w:keepNext w:val="0"/>
        <w:spacing w:after="80" w:before="0"/>
      </w:pPr>
      <w:r>
        <w:rPr>
          <w:b w:val="0"/>
          <w:sz w:val="18"/>
        </w:rPr>
        <w:t>(підпис)                                      (Власне ім’я, ПРІЗВИЩЕ)</w:t>
      </w:r>
    </w:p>
    <w:p>
      <w:pPr>
        <w:keepNext w:val="0"/>
        <w:spacing w:after="100" w:before="440"/>
      </w:pPr>
      <w:r>
        <w:rPr>
          <w:b w:val="0"/>
        </w:rPr>
        <w:t>Атестаційний лист одержав «_____» __________________ 20_____ року.</w:t>
      </w:r>
    </w:p>
    <w:p>
      <w:pPr>
        <w:keepNext w:val="0"/>
        <w:spacing w:after="20" w:before="0"/>
      </w:pPr>
      <w:r>
        <w:rPr>
          <w:b w:val="0"/>
        </w:rPr>
        <w:t>__________________</w:t>
      </w:r>
    </w:p>
    <w:p>
      <w:pPr>
        <w:keepNext w:val="0"/>
        <w:spacing w:after="80" w:before="0"/>
      </w:pPr>
      <w:r>
        <w:rPr>
          <w:b w:val="0"/>
          <w:sz w:val="18"/>
        </w:rPr>
        <w:t>(підпис)</w:t>
      </w:r>
    </w:p>
    <w:sectPr w:rsidR="00FC693F" w:rsidRPr="0006063C" w:rsidSect="00034616">
      <w:footerReference w:type="default" r:id="rId9"/>
      <w:pgSz w:w="12240" w:h="15840"/>
      <w:pgMar w:top="893" w:right="1037" w:bottom="893" w:left="1037" w:header="403" w:footer="403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fldSimple w:instr="PAGE"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widowControl/>
      <w:spacing w:before="0" w:after="100" w:line="259" w:lineRule="auto"/>
    </w:pPr>
    <w:rPr>
      <w:rFonts w:ascii="Times New Roman" w:hAnsi="Times New Roman" w:eastAsia="Times New Roman" w:cs="Times New Roman"/>
      <w:b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120" w:line="259" w:lineRule="auto" w:before="160"/>
    </w:pPr>
    <w:rPr>
      <w:rFonts w:ascii="Times New Roman" w:hAnsi="Times New Roman" w:eastAsia="Times New Roman" w:cs="Times New Roman"/>
      <w:b w:val="0"/>
      <w:color w:val="000000"/>
      <w:sz w:val="18"/>
    </w:r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120" w:line="259" w:lineRule="auto" w:before="160"/>
    </w:pPr>
    <w:rPr>
      <w:rFonts w:ascii="Times New Roman" w:hAnsi="Times New Roman" w:eastAsia="Times New Roman" w:cs="Times New Roman"/>
      <w:b w:val="0"/>
      <w:color w:val="000000"/>
      <w:sz w:val="16"/>
    </w:r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60" w:after="120" w:line="259" w:lineRule="auto"/>
      <w:outlineLvl w:val="0"/>
    </w:pPr>
    <w:rPr>
      <w:rFonts w:ascii="Times New Roman" w:hAnsi="Times New Roman" w:eastAsia="Times New Roman" w:cs="Times New Roman"/>
      <w:b/>
      <w:bCs/>
      <w:color w:val="000000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60" w:after="120" w:line="259" w:lineRule="auto"/>
      <w:outlineLvl w:val="1"/>
    </w:pPr>
    <w:rPr>
      <w:rFonts w:ascii="Times New Roman" w:hAnsi="Times New Roman" w:eastAsia="Times New Roman" w:cs="Times New Roman"/>
      <w:b/>
      <w:bCs/>
      <w:color w:val="000000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spacing w:after="120" w:line="259" w:lineRule="auto" w:before="160"/>
      <w:contextualSpacing/>
    </w:pPr>
    <w:rPr>
      <w:rFonts w:ascii="Times New Roman" w:hAnsi="Times New Roman" w:eastAsia="Times New Roman" w:cs="Times New Roman"/>
      <w:b/>
      <w:color w:val="000000"/>
      <w:spacing w:val="5"/>
      <w:kern w:val="28"/>
      <w:sz w:val="3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keepNext/>
      <w:numPr>
        <w:ilvl w:val="1"/>
      </w:numPr>
      <w:spacing w:before="160" w:after="120" w:line="259" w:lineRule="auto"/>
    </w:pPr>
    <w:rPr>
      <w:rFonts w:ascii="Times New Roman" w:hAnsi="Times New Roman" w:eastAsia="Times New Roman" w:cs="Times New Roman"/>
      <w:b w:val="0"/>
      <w:i/>
      <w:iCs/>
      <w:color w:val="000000"/>
      <w:spacing w:val="15"/>
      <w:sz w:val="20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Атестаційний лист. Бланк</dc:title>
  <dc:subject>Атестація педагогічних працівників. Перевірено 08.10.2026</dc:subject>
  <dc:creator>ОСВ+ / Освітяник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