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after="180" w:before="0" w:line="240" w:lineRule="auto"/>
        <w:jc w:val="right"/>
      </w:pPr>
      <w:r>
        <w:rPr>
          <w:b w:val="0"/>
          <w:sz w:val="20"/>
        </w:rPr>
        <w:t>Додаток 2</w:t>
        <w:br/>
        <w:t>до Положення про атестацію</w:t>
        <w:br/>
        <w:t>педагогічних працівників</w:t>
        <w:br/>
        <w:t>(пункт 9 розділу III)</w:t>
      </w:r>
    </w:p>
    <w:p>
      <w:pPr>
        <w:pStyle w:val="Title"/>
        <w:jc w:val="center"/>
      </w:pPr>
      <w:r>
        <w:t>Протокол № ______</w:t>
        <w:br/>
        <w:t>засідання атестаційної комісії</w:t>
      </w:r>
    </w:p>
    <w:p>
      <w:pPr>
        <w:keepNext w:val="0"/>
        <w:spacing w:after="20" w:before="0"/>
        <w:jc w:val="center"/>
      </w:pPr>
      <w:r>
        <w:rPr>
          <w:b w:val="0"/>
        </w:rPr>
        <w:t>________________________________________________________________________</w:t>
      </w:r>
    </w:p>
    <w:p>
      <w:pPr>
        <w:keepNext w:val="0"/>
        <w:spacing w:after="80" w:before="0"/>
        <w:jc w:val="center"/>
      </w:pPr>
      <w:r>
        <w:rPr>
          <w:b w:val="0"/>
          <w:sz w:val="18"/>
        </w:rPr>
        <w:t>(найменування закладу освіти, установи, відокремленого структурного підрозділу,</w:t>
        <w:br/>
        <w:t>органу управління у сфері освіти)</w:t>
      </w:r>
    </w:p>
    <w:p>
      <w:pPr>
        <w:keepNext w:val="0"/>
        <w:spacing w:after="180" w:before="0"/>
      </w:pPr>
      <w:r>
        <w:rPr>
          <w:b w:val="0"/>
        </w:rPr>
        <w:t>«_____» __________________ 20_____ року</w:t>
      </w:r>
    </w:p>
    <w:p>
      <w:pPr>
        <w:keepNext w:val="0"/>
        <w:spacing w:after="20" w:before="0"/>
      </w:pPr>
      <w:r>
        <w:rPr>
          <w:b w:val="0"/>
        </w:rPr>
        <w:t>Присутні: ___________________________________________________________</w:t>
      </w:r>
    </w:p>
    <w:p>
      <w:pPr>
        <w:keepNext w:val="0"/>
        <w:spacing w:after="80" w:before="0"/>
      </w:pPr>
      <w:r>
        <w:rPr>
          <w:b w:val="0"/>
          <w:sz w:val="18"/>
        </w:rPr>
        <w:t>(прізвища, імена, по батькові (за наявності) присутніх членів комісії,</w:t>
        <w:br/>
        <w:t>залучених осіб із правом голосу)</w:t>
      </w:r>
    </w:p>
    <w:p>
      <w:pPr>
        <w:keepNext w:val="0"/>
        <w:spacing w:after="20" w:before="0"/>
      </w:pPr>
      <w:r>
        <w:rPr>
          <w:b w:val="0"/>
        </w:rPr>
        <w:t>Відсутні: ___________________________________________________________</w:t>
      </w:r>
    </w:p>
    <w:p>
      <w:pPr>
        <w:keepNext w:val="0"/>
        <w:spacing w:after="80" w:before="0"/>
      </w:pPr>
      <w:r>
        <w:rPr>
          <w:b w:val="0"/>
          <w:sz w:val="18"/>
        </w:rPr>
        <w:t>(прізвища, імена, по батькові (за наявності) відсутніх членів комісії)</w:t>
      </w:r>
    </w:p>
    <w:p>
      <w:pPr>
        <w:keepNext w:val="0"/>
        <w:spacing w:after="20" w:before="0"/>
      </w:pPr>
      <w:r>
        <w:rPr>
          <w:b w:val="0"/>
        </w:rPr>
        <w:t>Запрошені: ___________________________________________________________</w:t>
      </w:r>
    </w:p>
    <w:p>
      <w:pPr>
        <w:keepNext w:val="0"/>
        <w:spacing w:after="80" w:before="0"/>
      </w:pPr>
      <w:r>
        <w:rPr>
          <w:b w:val="0"/>
          <w:sz w:val="18"/>
        </w:rPr>
        <w:t>(прізвища, імена, по батькові (за наявності) запрошених (у разі запрошення))</w:t>
      </w:r>
    </w:p>
    <w:p>
      <w:pPr>
        <w:keepNext w:val="0"/>
        <w:spacing w:after="100" w:before="0"/>
      </w:pPr>
      <w:r>
        <w:rPr>
          <w:b w:val="0"/>
          <w:sz w:val="22"/>
        </w:rPr>
        <w:t>Склад комісії — ______; присутні — ______; кворум: ______________________</w:t>
      </w:r>
    </w:p>
    <w:p>
      <w:pPr>
        <w:pStyle w:val="Heading1"/>
      </w:pPr>
      <w:r>
        <w:t>ПОРЯДОК ДЕННИЙ</w:t>
      </w:r>
    </w:p>
    <w:p>
      <w:pPr>
        <w:keepNext w:val="0"/>
        <w:spacing w:after="80" w:before="0"/>
      </w:pPr>
      <w:r>
        <w:rPr>
          <w:b w:val="0"/>
        </w:rPr>
        <w:t>1. _____________________________________________________________________</w:t>
      </w:r>
    </w:p>
    <w:p>
      <w:pPr>
        <w:keepNext w:val="0"/>
        <w:spacing w:after="80" w:before="0"/>
      </w:pPr>
      <w:r>
        <w:rPr>
          <w:b w:val="0"/>
        </w:rPr>
        <w:t>2. _____________________________________________________________________</w:t>
      </w:r>
    </w:p>
    <w:p>
      <w:pPr>
        <w:pStyle w:val="Heading1"/>
      </w:pPr>
      <w:r>
        <w:t>СЛУХАЛИ</w:t>
      </w:r>
    </w:p>
    <w:p>
      <w:pPr>
        <w:keepNext w:val="0"/>
        <w:spacing w:after="80" w:before="0"/>
      </w:pPr>
      <w:r>
        <w:rPr>
          <w:b w:val="0"/>
        </w:rPr>
        <w:t>1. _____________________________________________________________________</w:t>
      </w:r>
    </w:p>
    <w:p>
      <w:pPr>
        <w:keepNext w:val="0"/>
        <w:spacing w:after="80" w:before="0"/>
      </w:pPr>
      <w:r>
        <w:rPr>
          <w:b w:val="0"/>
        </w:rPr>
        <w:t>2. _____________________________________________________________________</w:t>
      </w:r>
    </w:p>
    <w:p>
      <w:pPr>
        <w:keepNext w:val="0"/>
        <w:spacing w:after="80" w:before="0"/>
      </w:pPr>
      <w:r>
        <w:rPr>
          <w:b w:val="0"/>
          <w:sz w:val="22"/>
        </w:rPr>
        <w:t>Визначений комісією порядок голосування: ______________________________</w:t>
      </w:r>
    </w:p>
    <w:p>
      <w:pPr>
        <w:pStyle w:val="Heading1"/>
      </w:pPr>
      <w:r>
        <w:t>ВИРІШИЛИ</w:t>
      </w:r>
    </w:p>
    <w:p>
      <w:pPr>
        <w:keepNext w:val="0"/>
        <w:spacing w:after="60" w:before="0"/>
      </w:pPr>
      <w:r>
        <w:rPr>
          <w:b w:val="0"/>
        </w:rPr>
        <w:t>1. _____________________________________________________________________</w:t>
      </w:r>
    </w:p>
    <w:p>
      <w:pPr>
        <w:keepNext w:val="0"/>
        <w:spacing w:after="80" w:before="0"/>
      </w:pPr>
      <w:r>
        <w:rPr>
          <w:b w:val="0"/>
          <w:sz w:val="18"/>
        </w:rPr>
        <w:t>Голосування: «за» — _____; «проти» — _____; «утрималися» — _____.</w:t>
      </w:r>
    </w:p>
    <w:p>
      <w:pPr>
        <w:keepNext w:val="0"/>
        <w:spacing w:after="60" w:before="0"/>
      </w:pPr>
      <w:r>
        <w:rPr>
          <w:b w:val="0"/>
        </w:rPr>
        <w:t>2. _____________________________________________________________________</w:t>
      </w:r>
    </w:p>
    <w:p>
      <w:pPr>
        <w:keepNext w:val="0"/>
        <w:spacing w:after="80" w:before="0"/>
      </w:pPr>
      <w:r>
        <w:rPr>
          <w:b w:val="0"/>
          <w:sz w:val="18"/>
        </w:rPr>
        <w:t>Голосування: «за» — _____; «проти» — _____; «утрималися» — _____.</w:t>
      </w:r>
    </w:p>
    <w:p>
      <w:pPr>
        <w:keepNext/>
        <w:spacing w:after="120" w:before="180"/>
      </w:pPr>
      <w:r>
        <w:rPr>
          <w:b w:val="0"/>
        </w:rPr>
        <w:t>Голова атестаційної комісії /</w:t>
        <w:br/>
        <w:t>головуючий на засіданні атестаційної комісії</w:t>
      </w:r>
    </w:p>
    <w:p>
      <w:pPr>
        <w:keepNext w:val="0"/>
        <w:spacing w:after="20" w:before="0"/>
      </w:pPr>
      <w:r>
        <w:rPr>
          <w:b w:val="0"/>
        </w:rPr>
        <w:t>__________________    __________________________________</w:t>
      </w:r>
    </w:p>
    <w:p>
      <w:pPr>
        <w:keepNext w:val="0"/>
        <w:spacing w:after="80" w:before="0"/>
      </w:pPr>
      <w:r>
        <w:rPr>
          <w:b w:val="0"/>
          <w:sz w:val="18"/>
        </w:rPr>
        <w:t>(підпис)                                      (Власне ім’я, ПРІЗВИЩЕ)</w:t>
      </w:r>
    </w:p>
    <w:p>
      <w:pPr>
        <w:keepNext/>
        <w:spacing w:after="120" w:before="140"/>
      </w:pPr>
      <w:r>
        <w:rPr>
          <w:b w:val="0"/>
        </w:rPr>
        <w:t>Секретар атестаційної комісії</w:t>
      </w:r>
    </w:p>
    <w:p>
      <w:pPr>
        <w:keepNext w:val="0"/>
        <w:spacing w:after="20" w:before="0"/>
      </w:pPr>
      <w:r>
        <w:rPr>
          <w:b w:val="0"/>
        </w:rPr>
        <w:t>__________________    __________________________________</w:t>
      </w:r>
    </w:p>
    <w:p>
      <w:pPr>
        <w:keepNext w:val="0"/>
        <w:spacing w:after="80" w:before="0"/>
      </w:pPr>
      <w:r>
        <w:rPr>
          <w:b w:val="0"/>
          <w:sz w:val="18"/>
        </w:rPr>
        <w:t>(підпис)                                      (Власне ім’я, ПРІЗВИЩЕ)</w:t>
      </w:r>
    </w:p>
    <w:sectPr w:rsidR="00FC693F" w:rsidRPr="0006063C" w:rsidSect="00034616">
      <w:footerReference w:type="default" r:id="rId9"/>
      <w:pgSz w:w="12240" w:h="15840"/>
      <w:pgMar w:top="893" w:right="1037" w:bottom="893" w:left="1037" w:header="403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before="0" w:after="100" w:line="259" w:lineRule="auto"/>
    </w:pPr>
    <w:rPr>
      <w:rFonts w:ascii="Times New Roman" w:hAnsi="Times New Roman" w:eastAsia="Times New Roman" w:cs="Times New Roman"/>
      <w:b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120" w:line="259" w:lineRule="auto" w:before="160"/>
    </w:pPr>
    <w:rPr>
      <w:rFonts w:ascii="Times New Roman" w:hAnsi="Times New Roman" w:eastAsia="Times New Roman" w:cs="Times New Roman"/>
      <w:b w:val="0"/>
      <w:color w:val="000000"/>
      <w:sz w:val="18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120" w:line="259" w:lineRule="auto" w:before="160"/>
    </w:pPr>
    <w:rPr>
      <w:rFonts w:ascii="Times New Roman" w:hAnsi="Times New Roman" w:eastAsia="Times New Roman" w:cs="Times New Roman"/>
      <w:b w:val="0"/>
      <w:color w:val="000000"/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120" w:line="259" w:lineRule="auto"/>
      <w:outlineLvl w:val="0"/>
    </w:pPr>
    <w:rPr>
      <w:rFonts w:ascii="Times New Roman" w:hAnsi="Times New Roman" w:eastAsia="Times New Roman" w:cs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120" w:line="259" w:lineRule="auto"/>
      <w:outlineLvl w:val="1"/>
    </w:pPr>
    <w:rPr>
      <w:rFonts w:ascii="Times New Roman" w:hAnsi="Times New Roman" w:eastAsia="Times New Roman" w:cs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20" w:line="259" w:lineRule="auto" w:before="160"/>
      <w:contextualSpacing/>
    </w:pPr>
    <w:rPr>
      <w:rFonts w:ascii="Times New Roman" w:hAnsi="Times New Roman" w:eastAsia="Times New Roman" w:cs="Times New Roman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before="160" w:after="120" w:line="259" w:lineRule="auto"/>
    </w:pPr>
    <w:rPr>
      <w:rFonts w:ascii="Times New Roman" w:hAnsi="Times New Roman" w:eastAsia="Times New Roman" w:cs="Times New Roman"/>
      <w:b w:val="0"/>
      <w:i/>
      <w:iCs/>
      <w:color w:val="000000"/>
      <w:spacing w:val="15"/>
      <w:sz w:val="20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засідання атестаційної комісії. Бланк</dc:title>
  <dc:subject>Атестація педагогічних працівників. Перевірено 08.10.2026</dc:subject>
  <dc:creator>ОСВ+ / Освітяник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