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перегляду ІПР за перший семестр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Моніторинг прогресу та коригування підтримки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виконання цілей індивідуальної програми розвитку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результати навчання та ефективність адаптацій і модифікацій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результати занять, послуг і соціальну участь учня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внесення змін до ІПР на другий семестр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виконання цілей індивідуальної програми розвитку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результати моніторингу за період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 Для кожної цілі наведено фактичні приклади виконання, рівень самостійності, вид допомоги та зміни порівняно з початком періоду.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Визнати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досягнутими та визначити наступні кроки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Продовжити роботу над цілями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із уточненням умов і показників прогресу.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Переформулювати або замінити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 зв’язку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[фактична підстава]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навчання та ефективність адаптацій і модифікацій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Учителі та асистент учителя повідомили про результати навчання за предметами або освітніми галузями, участь учня в роботі класу та ефективність застосованих адаптацій і модифікацій. Наведено конкретні приклади завдань і умов, за яких учень демонструє результат.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Продовжити застосування ефективних адаптацій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Змінити або припинити адаптації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і обґрунтування]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Оновити модифікації та очікувані результати з предметів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відповідальні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учителів]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занять, послуг і соціальну участь учня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Фахівці представили результати психолого-педагогічних і корекційно-розвиткових занять, відвідування та рекомендації. Практичний психолог, соціальний педагог, класний керівник і батьки повідомили про участь учня в житті класу, взаємодію з однолітками, саморегуляцію та самостійність.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Продовжити або скоригувати напрями занять і послуг відповідно до ІПР та висновку ІРЦ.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Уточнити способи перенесення сформованих умінь у навчальні та побутові ситуації.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Погодити з батьками способи обміну інформацією про прогрес і труднощі учня.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внесення змін до ІПР на другий семестр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узагальнив або узагальнила пропозиції щодо змін до цілей, адаптацій, модифікацій, послуг, індивідуального навчального плану та способів моніторингу.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Внести до ІПР зміни, зазначені в додатку до цього протоколу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[або залишити ІПР без змін]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Оновлену ІПР підписати членам команди та подати керівнику закладу на затвердження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Довести зміни до відома педагогічних працівників, які працюють з учнем, у частині їхніх завдань.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Наступний перегляд провести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або раніше за потреби.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Таблиця моніторингу за перший семестр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Ціль або напрям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Спостережуваний результат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Статус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Рішення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[ціль 1]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[що учень виконує, за яких умов і з якою допомогою]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[досягнуто / частково досягнуто / не досягнуто]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[завершити / продовжити / змінити]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[ціль 2]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[конкретний приклад]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[статус]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[рішення]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[адаптація]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[ознаки ефективності]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[ефективна / частково ефективна / неефективна]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[залишити / змінити / припинити]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[послуга]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[динаміка і відвідування]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[статус]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[рішення]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[соціальна участь]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[конкретні спостереження]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[статус]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[рішення]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Times New Roman" w:hAnsi="Times New Roman" w:eastAsia="Times New Roman"/>
        <w:color w:val="666666"/>
        <w:sz w:val="18"/>
      </w:rPr>
      <w:t xml:space="preserve">Сторінка </w:t>
    </w:r>
    <w:fldSimple w:instr="PAGE">
      <w:r>
        <w:rPr>
          <w:rFonts w:ascii="Times New Roman" w:hAnsi="Times New Roman"/>
          <w:color w:val="666666"/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перегляду ІПР за перший семестр</dc:title>
  <dc:subject>Шаблони протоколів команди психолого-педагогічного супроводу</dc:subject>
  <dc:creator>Освіта+</dc:creator>
  <cp:keywords>інклюзивна освіта, команда супроводу, протокол, ІПР, 2026–2027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