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rPr>
          <w:rFonts w:ascii="Times New Roman" w:hAnsi="Times New Roman"/>
          <w:sz w:val="20"/>
        </w:rPr>
        <w:t>Додаток 9</w:t>
        <w:br/>
        <w:t>до Порядку</w:t>
      </w:r>
    </w:p>
    <w:p>
      <w:pPr>
        <w:pStyle w:val="Title"/>
      </w:pPr>
      <w:r>
        <w:t>АКТ</w:t>
      </w:r>
    </w:p>
    <w:p>
      <w:pPr>
        <w:spacing w:after="200"/>
        <w:jc w:val="center"/>
      </w:pPr>
      <w:r>
        <w:rPr>
          <w:b/>
        </w:rPr>
        <w:t>обстеження умов проживання</w:t>
      </w:r>
    </w:p>
    <w:p>
      <w:pPr>
        <w:spacing w:after="40" w:line="240" w:lineRule="auto"/>
      </w:pPr>
      <w:r>
        <w:rPr>
          <w:rFonts w:ascii="Times New Roman" w:hAnsi="Times New Roman"/>
        </w:rPr>
        <w:t>Нами, __________________________________________________________________________</w:t>
      </w:r>
      <w:r>
        <w:rPr>
          <w:rFonts w:ascii="Times New Roman" w:hAnsi="Times New Roman"/>
          <w:i/>
          <w:sz w:val="16"/>
        </w:rPr>
        <w:br/>
        <w:t>(прізвища, імена, по батькові, посади осіб, які проводили обстеження умов проживання)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after="40" w:line="240" w:lineRule="auto"/>
      </w:pPr>
      <w:r>
        <w:rPr>
          <w:rFonts w:ascii="Times New Roman" w:hAnsi="Times New Roman"/>
        </w:rPr>
        <w:t>на підставі ______________________________________________________________________</w:t>
      </w:r>
      <w:r>
        <w:rPr>
          <w:rFonts w:ascii="Times New Roman" w:hAnsi="Times New Roman"/>
          <w:i/>
          <w:sz w:val="16"/>
        </w:rPr>
        <w:br/>
        <w:t>(заява громадян, доручення органу опіки та піклування тощо)</w:t>
      </w:r>
    </w:p>
    <w:p>
      <w:pPr>
        <w:spacing w:after="40" w:line="240" w:lineRule="auto"/>
      </w:pPr>
      <w:r>
        <w:rPr>
          <w:rFonts w:ascii="Times New Roman" w:hAnsi="Times New Roman"/>
        </w:rPr>
        <w:t>з метою __________________________________________________________________________</w:t>
      </w:r>
      <w:r>
        <w:rPr>
          <w:rFonts w:ascii="Times New Roman" w:hAnsi="Times New Roman"/>
          <w:i/>
          <w:sz w:val="16"/>
        </w:rPr>
        <w:br/>
        <w:t>(підготовки висновків про можливість призначення опіки, піклування, створення прийомної сім’ї, дитячого будинку сімейного типу тощо)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after="40" w:line="240" w:lineRule="auto"/>
      </w:pPr>
      <w:r>
        <w:rPr>
          <w:rFonts w:ascii="Times New Roman" w:hAnsi="Times New Roman"/>
        </w:rPr>
        <w:t>проведено обстеження умов проживання: _____________________________________________</w:t>
      </w:r>
      <w:r>
        <w:rPr>
          <w:rFonts w:ascii="Times New Roman" w:hAnsi="Times New Roman"/>
          <w:i/>
          <w:sz w:val="16"/>
        </w:rPr>
        <w:br/>
        <w:t>(область (місто), район, село, вулиця, будинок, квартира)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</w:rPr>
        <w:t>Житло розміщене на _____ поверсі ______ поверхового будинку, складається з ______ кімнат:</w:t>
      </w:r>
    </w:p>
    <w:p>
      <w:pPr>
        <w:spacing w:after="40" w:line="240" w:lineRule="auto"/>
      </w:pPr>
      <w:r>
        <w:rPr>
          <w:rFonts w:ascii="Times New Roman" w:hAnsi="Times New Roman"/>
        </w:rPr>
        <w:t>________________________________________________________________________________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after="40" w:line="240" w:lineRule="auto"/>
      </w:pPr>
      <w:r>
        <w:rPr>
          <w:rFonts w:ascii="Times New Roman" w:hAnsi="Times New Roman"/>
        </w:rPr>
        <w:t>Умови проживання _________________________________________________________________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after="40" w:line="240" w:lineRule="auto"/>
      </w:pPr>
      <w:r>
        <w:rPr>
          <w:rFonts w:ascii="Times New Roman" w:hAnsi="Times New Roman"/>
        </w:rPr>
        <w:t>Для виховання та розвитку дитини створено такі умови: ______________________________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</w:rPr>
        <w:t>За цією адресою проживають і мають постійне місце реєстрації:</w:t>
      </w:r>
    </w:p>
    <w:p>
      <w:pPr>
        <w:spacing w:after="40" w:line="240" w:lineRule="auto"/>
      </w:pPr>
      <w:r>
        <w:rPr>
          <w:rFonts w:ascii="Times New Roman" w:hAnsi="Times New Roman"/>
        </w:rPr>
        <w:t>________________________________________________________________________________;</w:t>
      </w:r>
      <w:r>
        <w:rPr>
          <w:rFonts w:ascii="Times New Roman" w:hAnsi="Times New Roman"/>
          <w:i/>
          <w:sz w:val="16"/>
        </w:rPr>
        <w:br/>
        <w:t>(прізвище, ім’я, по батькові, дата народження, родинний ступінь зв’язку)</w:t>
      </w:r>
    </w:p>
    <w:p>
      <w:pPr>
        <w:spacing w:after="40" w:line="240" w:lineRule="auto"/>
      </w:pPr>
      <w:r>
        <w:rPr>
          <w:rFonts w:ascii="Times New Roman" w:hAnsi="Times New Roman"/>
        </w:rPr>
        <w:t>________________________________________________________________________________;</w:t>
      </w:r>
      <w:r>
        <w:rPr>
          <w:rFonts w:ascii="Times New Roman" w:hAnsi="Times New Roman"/>
          <w:i/>
          <w:sz w:val="16"/>
        </w:rPr>
        <w:br/>
        <w:t>(прізвище, ім’я, по батькові, дата народження, родинний ступінь зв’язку)</w:t>
      </w:r>
    </w:p>
    <w:p>
      <w:pPr>
        <w:spacing w:after="40" w:line="240" w:lineRule="auto"/>
      </w:pPr>
      <w:r>
        <w:rPr>
          <w:rFonts w:ascii="Times New Roman" w:hAnsi="Times New Roman"/>
        </w:rPr>
        <w:t>________________________________________________________________________________;</w:t>
      </w:r>
      <w:r>
        <w:rPr>
          <w:rFonts w:ascii="Times New Roman" w:hAnsi="Times New Roman"/>
          <w:i/>
          <w:sz w:val="16"/>
        </w:rPr>
        <w:br/>
        <w:t>(прізвище, ім’я, по батькові, дата народження, родинний ступінь зв’язку)</w:t>
      </w:r>
    </w:p>
    <w:p>
      <w:pPr>
        <w:spacing w:after="40" w:line="240" w:lineRule="auto"/>
      </w:pPr>
      <w:r>
        <w:rPr>
          <w:rFonts w:ascii="Times New Roman" w:hAnsi="Times New Roman"/>
        </w:rPr>
        <w:t>Стосунки, традиції сім’ї ___________________________________________________________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after="40" w:line="240" w:lineRule="auto"/>
      </w:pPr>
      <w:r>
        <w:rPr>
          <w:rFonts w:ascii="Times New Roman" w:hAnsi="Times New Roman"/>
        </w:rPr>
        <w:t>Результат бесіди і ставлення членів сім’ї до рішення прийняти на виховання дитину _____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pPr>
        <w:spacing w:after="40" w:line="240" w:lineRule="auto"/>
      </w:pPr>
      <w:r>
        <w:t>________________________________________________________________________________</w:t>
      </w:r>
    </w:p>
    <w:p>
      <w:r>
        <w:br w:type="page"/>
      </w:r>
    </w:p>
    <w:p>
      <w:pPr>
        <w:spacing w:before="0" w:after="100"/>
      </w:pPr>
      <w:r>
        <w:rPr>
          <w:rFonts w:ascii="Times New Roman" w:hAnsi="Times New Roman"/>
          <w:b/>
          <w:i w:val="0"/>
        </w:rPr>
        <w:t>Члени комісії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3402"/>
        <w:gridCol w:w="3402"/>
        <w:gridCol w:w="3402"/>
      </w:tblGrid>
      <w:tr>
        <w:tc>
          <w:tcPr>
            <w:tcW w:type="dxa" w:w="4082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Посада</w:t>
            </w:r>
          </w:p>
        </w:tc>
        <w:tc>
          <w:tcPr>
            <w:tcW w:type="dxa" w:w="1814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Підпис</w:t>
            </w:r>
          </w:p>
        </w:tc>
        <w:tc>
          <w:tcPr>
            <w:tcW w:type="dxa" w:w="3969"/>
            <w:vAlign w:val="center"/>
            <w:shd w:fill="F2F2F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center"/>
            </w:pPr>
            <w:r>
              <w:rPr>
                <w:b/>
              </w:rPr>
              <w:t>Прізвище та ініціали</w:t>
            </w:r>
          </w:p>
        </w:tc>
      </w:tr>
      <w:tr>
        <w:trPr>
          <w:cantSplit/>
        </w:trPr>
        <w:tc>
          <w:tcPr>
            <w:tcW w:type="dxa" w:w="408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3969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8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3969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82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1814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  <w:tc>
          <w:tcPr>
            <w:tcW w:type="dxa" w:w="3969"/>
            <w:vAlign w:val="center"/>
            <w:tcMar>
              <w:top w:w="130" w:type="dxa"/>
              <w:start w:w="110" w:type="dxa"/>
              <w:bottom w:w="130" w:type="dxa"/>
              <w:end w:w="110" w:type="dxa"/>
            </w:tcMar>
          </w:tcPr>
          <w:p>
            <w:pPr>
              <w:spacing w:after="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160" w:after="80"/>
      </w:pPr>
      <w:r>
        <w:rPr>
          <w:rFonts w:ascii="Times New Roman" w:hAnsi="Times New Roman"/>
          <w:b/>
          <w:i w:val="0"/>
        </w:rPr>
        <w:t>З актом ознайомлений(а):</w:t>
      </w:r>
    </w:p>
    <w:p>
      <w:pPr>
        <w:spacing w:before="0" w:after="20"/>
      </w:pPr>
      <w:r>
        <w:rPr>
          <w:rFonts w:ascii="Times New Roman" w:hAnsi="Times New Roman"/>
          <w:b w:val="0"/>
          <w:i w:val="0"/>
        </w:rPr>
        <w:t>__________________________  ____________  ______________________________</w:t>
      </w:r>
    </w:p>
    <w:p>
      <w:pPr>
        <w:spacing w:before="0" w:after="100"/>
      </w:pPr>
      <w:r>
        <w:rPr>
          <w:rFonts w:ascii="Times New Roman" w:hAnsi="Times New Roman"/>
          <w:b w:val="0"/>
          <w:i/>
          <w:sz w:val="16"/>
        </w:rPr>
        <w:t xml:space="preserve">             (статус особи)                    (підпис)                 (прізвище та ініціали)</w:t>
      </w:r>
    </w:p>
    <w:p>
      <w:pPr>
        <w:spacing w:before="0" w:after="20"/>
      </w:pPr>
      <w:r>
        <w:rPr>
          <w:rFonts w:ascii="Times New Roman" w:hAnsi="Times New Roman"/>
          <w:b w:val="0"/>
          <w:i w:val="0"/>
        </w:rPr>
        <w:t>__________________________  ____________  ______________________________</w:t>
      </w:r>
    </w:p>
    <w:p>
      <w:pPr>
        <w:spacing w:before="0" w:after="160"/>
      </w:pPr>
      <w:r>
        <w:rPr>
          <w:rFonts w:ascii="Times New Roman" w:hAnsi="Times New Roman"/>
          <w:b w:val="0"/>
          <w:i/>
          <w:sz w:val="16"/>
        </w:rPr>
        <w:t xml:space="preserve">             (статус особи)                    (підпис)                 (прізвище та ініціали)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</w:rPr>
        <w:t>Дата складання акта: «____» __________________ 20____ року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