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rFonts w:ascii="Times New Roman" w:hAnsi="Times New Roman"/>
          <w:b/>
          <w:i w:val="0"/>
          <w:sz w:val="18"/>
        </w:rPr>
        <w:t>РОБОЧИЙ ЗРАЗОК ДЛЯ ЗАКЛАДУ ОСВІТИ</w:t>
      </w:r>
    </w:p>
    <w:p>
      <w:pPr>
        <w:pStyle w:val="Title"/>
      </w:pPr>
      <w:r>
        <w:t>Акт обстеження житлово-побутових умов проживання здобувача освіти</w:t>
      </w:r>
    </w:p>
    <w:p>
      <w:pPr>
        <w:spacing w:before="0" w:after="160"/>
        <w:jc w:val="center"/>
      </w:pPr>
      <w:r>
        <w:rPr>
          <w:rFonts w:ascii="Times New Roman" w:hAnsi="Times New Roman"/>
          <w:b w:val="0"/>
          <w:i/>
          <w:sz w:val="18"/>
        </w:rPr>
        <w:t>Редагований бланк. Форма призначена для внутрішньої соціально-педагогічної роботи закладу освіти. Вона не замінює офіційний акт служби у справах дітей за додатком 9 до постанови Кабінету Міністрів України № 866.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5046"/>
        <w:gridCol w:w="5046"/>
      </w:tblGrid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Заклад освіти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Номер і дата акта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№ ______ від «____» __________________ 20____ року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Здобувач освіти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ПІБ ______________________________________  дата народження ____________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Клас або група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Адреса обстеження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Підстава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запит, звернення, наказ або інший документ __________________________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Мета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Дата і час обстеження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У присутності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ПІБ і статус законного представника 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Склад комісії або робочої групи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3364"/>
        <w:gridCol w:w="3364"/>
        <w:gridCol w:w="3364"/>
      </w:tblGrid>
      <w:tr>
        <w:tc>
          <w:tcPr>
            <w:tcW w:type="dxa" w:w="3288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Посада</w:t>
            </w:r>
          </w:p>
        </w:tc>
        <w:tc>
          <w:tcPr>
            <w:tcW w:type="dxa" w:w="4762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ПІБ</w:t>
            </w:r>
          </w:p>
        </w:tc>
        <w:tc>
          <w:tcPr>
            <w:tcW w:type="dxa" w:w="1814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Підпис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pStyle w:val="Heading1"/>
      </w:pPr>
      <w:r>
        <w:t>Особи, які фактично проживають разом із дитиною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3175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ПІБ</w:t>
            </w:r>
          </w:p>
        </w:tc>
        <w:tc>
          <w:tcPr>
            <w:tcW w:type="dxa" w:w="1531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Рік народження</w:t>
            </w:r>
          </w:p>
        </w:tc>
        <w:tc>
          <w:tcPr>
            <w:tcW w:type="dxa" w:w="2098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Ступінь споріднення</w:t>
            </w:r>
          </w:p>
        </w:tc>
        <w:tc>
          <w:tcPr>
            <w:tcW w:type="dxa" w:w="3061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Місце роботи або навчання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306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306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306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2098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306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</w:tbl>
    <w:p>
      <w:r>
        <w:br w:type="page"/>
      </w:r>
    </w:p>
    <w:p>
      <w:pPr>
        <w:pStyle w:val="Heading1"/>
      </w:pPr>
      <w:r>
        <w:t>Фактичні умови проживання та забезпечення потреб дитини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5046"/>
        <w:gridCol w:w="5046"/>
      </w:tblGrid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Житло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Комунальні зручності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Санітарний і безпековий стан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Місце для сну і відпочинку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Місце для навчання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Харчування, одяг і гігієна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Участь законного представника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Стосунки в сім’ї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Думка дитини за можливості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Виявлені потреби, ризики та рекомендовані дії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5046"/>
        <w:gridCol w:w="5046"/>
      </w:tblGrid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Потреби дитини або сім’ї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Виявлені ризики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Рекомендації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Висновок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________________________________________________________________</w:t>
              <w:br/>
              <w:t>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Підписи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3364"/>
        <w:gridCol w:w="3364"/>
        <w:gridCol w:w="3364"/>
      </w:tblGrid>
      <w:tr>
        <w:tc>
          <w:tcPr>
            <w:tcW w:type="dxa" w:w="3288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Посада</w:t>
            </w:r>
          </w:p>
        </w:tc>
        <w:tc>
          <w:tcPr>
            <w:tcW w:type="dxa" w:w="4762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ПІБ</w:t>
            </w:r>
          </w:p>
        </w:tc>
        <w:tc>
          <w:tcPr>
            <w:tcW w:type="dxa" w:w="1814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Підпис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120" w:after="40"/>
      </w:pPr>
      <w:r>
        <w:rPr>
          <w:rFonts w:ascii="Times New Roman" w:hAnsi="Times New Roman"/>
          <w:b/>
          <w:i w:val="0"/>
        </w:rPr>
        <w:t>З актом ознайомлений(а):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Законний представник  __________________  ______________________________  «____» ____________ 20____ року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Зауваження або окрема думка: ____________________________________________________________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020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color w:val="595959"/>
        <w:sz w:val="16"/>
      </w:rPr>
      <w:t>Містить персональні дані. Зберігати та передавати лише відповідно до визначеної мети.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