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Шаблон витягу з протоколу педагогічної ради</w:t>
      </w:r>
    </w:p>
    <w:p>
      <w:pPr>
        <w:spacing w:after="240"/>
      </w:pPr>
      <w:r>
        <w:rPr>
          <w:b/>
          <w:color w:val="000000"/>
        </w:rPr>
        <w:t xml:space="preserve">Перед використанням: </w:t>
      </w:r>
      <w:r>
        <w:rPr>
          <w:color w:val="595959"/>
        </w:rPr>
        <w:t>залиште лише потрібне питання та рішення. Текст має дослівно відповідати підписаному протоколу; засвідчення виконайте за інструкцією з діловодства вашого закладу.</w:t>
      </w:r>
    </w:p>
    <w:p>
      <w:pPr>
        <w:spacing w:after="240"/>
        <w:jc w:val="center"/>
      </w:pPr>
      <w:r>
        <w:rPr>
          <w:b/>
          <w:sz w:val="22"/>
        </w:rPr>
        <w:t>[ПОВНА НАЗВА ЗАКЛАДУ ЗАГАЛЬНОЇ СЕРЕДНЬОЇ ОСВІТИ]</w:t>
      </w:r>
    </w:p>
    <w:p>
      <w:pPr>
        <w:spacing w:after="40"/>
        <w:jc w:val="center"/>
      </w:pPr>
      <w:r>
        <w:rPr>
          <w:b/>
          <w:sz w:val="32"/>
        </w:rPr>
        <w:t>ВИТЯГ З ПРОТОКОЛУ</w:t>
      </w:r>
    </w:p>
    <w:p>
      <w:pPr>
        <w:spacing w:after="200"/>
        <w:jc w:val="center"/>
      </w:pPr>
      <w:r>
        <w:rPr>
          <w:b/>
          <w:sz w:val="24"/>
        </w:rPr>
        <w:t>засідання педагогічної ради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pPr>
              <w:spacing w:after="0"/>
              <w:jc w:val="left"/>
            </w:pPr>
            <w:r>
              <w:t>___ __________ 20__ року</w:t>
            </w:r>
          </w:p>
        </w:tc>
        <w:tc>
          <w:tcPr>
            <w:tcW w:type="dxa" w:w="3360"/>
          </w:tcPr>
          <w:p>
            <w:pPr>
              <w:spacing w:after="0"/>
              <w:jc w:val="center"/>
            </w:pPr>
            <w:r>
              <w:t>№ ___</w:t>
            </w:r>
          </w:p>
        </w:tc>
        <w:tc>
          <w:tcPr>
            <w:tcW w:type="dxa" w:w="3360"/>
          </w:tcPr>
          <w:p>
            <w:pPr>
              <w:spacing w:after="0"/>
              <w:jc w:val="right"/>
            </w:pPr>
            <w:r>
              <w:t>[НАСЕЛЕНИЙ ПУНКТ]</w:t>
            </w:r>
          </w:p>
        </w:tc>
      </w:tr>
    </w:tbl>
    <w:p/>
    <w:p>
      <w:r>
        <w:rPr>
          <w:b/>
        </w:rPr>
        <w:t xml:space="preserve">Голова: </w:t>
      </w:r>
      <w:r>
        <w:t>[ПІБ]</w:t>
      </w:r>
    </w:p>
    <w:p>
      <w:r>
        <w:rPr>
          <w:b/>
        </w:rPr>
        <w:t xml:space="preserve">Секретар: </w:t>
      </w:r>
      <w:r>
        <w:t>[ПІБ]</w:t>
      </w:r>
    </w:p>
    <w:p>
      <w:r>
        <w:rPr>
          <w:b/>
        </w:rPr>
        <w:t xml:space="preserve">Присутні: </w:t>
      </w:r>
      <w:r>
        <w:t>[__] із [__] членів педагогічної ради</w:t>
      </w:r>
    </w:p>
    <w:p>
      <w:pPr>
        <w:pStyle w:val="Heading1"/>
        <w:keepNext/>
      </w:pPr>
      <w:r>
        <w:t>Порядок денний</w:t>
      </w:r>
    </w:p>
    <w:p>
      <w:r>
        <w:t>[Номер питання]. [Точне формулювання питання]. Доповідач: [посада, ПІБ].</w:t>
      </w:r>
    </w:p>
    <w:p>
      <w:pPr>
        <w:pStyle w:val="Heading2"/>
        <w:keepNext/>
      </w:pPr>
      <w:r>
        <w:t>СЛУХАЛИ</w:t>
      </w:r>
    </w:p>
    <w:p>
      <w:r>
        <w:t>[ПІБ, посада] — [дослівний або стислий виклад відповідного фрагмента протоколу].</w:t>
      </w:r>
    </w:p>
    <w:p>
      <w:pPr>
        <w:pStyle w:val="Heading2"/>
        <w:keepNext/>
      </w:pPr>
      <w:r>
        <w:t>УХВАЛИЛИ</w:t>
      </w:r>
    </w:p>
    <w:p>
      <w:r>
        <w:t>[Дослівний текст рішення з усіма підпунктами, відповідальними та строками].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 Рішення прийнято / не прийнято.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Голова педагогічної ради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Секретар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/>
    <w:p>
      <w:r>
        <w:rPr>
          <w:b/>
        </w:rPr>
        <w:t>Згідно з оригіналом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pPr>
              <w:spacing w:after="0"/>
              <w:jc w:val="left"/>
            </w:pPr>
            <w:r>
              <w:t>[Посада особи, яка засвідчує]</w:t>
            </w:r>
          </w:p>
        </w:tc>
        <w:tc>
          <w:tcPr>
            <w:tcW w:type="dxa" w:w="3360"/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360"/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>
      <w:r>
        <w:t>___ __________ 20__ року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