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Зразок протоколу про визнання результатів підвищення кваліфікації</w:t>
      </w:r>
    </w:p>
    <w:p>
      <w:pPr>
        <w:spacing w:after="240"/>
      </w:pPr>
      <w:r>
        <w:rPr>
          <w:b/>
          <w:color w:val="000000"/>
        </w:rPr>
        <w:t xml:space="preserve">Перед використанням: </w:t>
      </w:r>
      <w:r>
        <w:rPr>
          <w:color w:val="595959"/>
        </w:rPr>
        <w:t>цей зразок застосовуйте лише тоді, коли результати потребують окремого визнання педагогічною радою. Із 1 липня 2026 року результати у ліцензованих суб’єктів післядипломної освіти або за акредитованими програмами окремого визнання не потребують.</w:t>
      </w:r>
    </w:p>
    <w:p>
      <w:pPr>
        <w:spacing w:after="200"/>
        <w:jc w:val="center"/>
      </w:pPr>
      <w:r>
        <w:rPr>
          <w:b/>
          <w:sz w:val="22"/>
        </w:rPr>
        <w:t>[ПОВНА НАЗВА ЗАКЛАДУ ЗАГАЛЬНОЇ СЕРЕДНЬОЇ ОСВІТИ]</w:t>
      </w:r>
    </w:p>
    <w:p>
      <w:pPr>
        <w:spacing w:after="40"/>
        <w:jc w:val="center"/>
      </w:pPr>
      <w:r>
        <w:rPr>
          <w:b/>
          <w:sz w:val="32"/>
        </w:rPr>
        <w:t>ПРОТОКОЛ</w:t>
      </w:r>
    </w:p>
    <w:p>
      <w:pPr>
        <w:spacing w:after="160"/>
        <w:jc w:val="center"/>
      </w:pPr>
      <w:r>
        <w:rPr>
          <w:b/>
          <w:sz w:val="24"/>
        </w:rPr>
        <w:t>засідання педагогічної ради</w:t>
      </w:r>
    </w:p>
    <w:p>
      <w:pPr>
        <w:spacing w:after="200"/>
        <w:jc w:val="center"/>
      </w:pPr>
      <w:r>
        <w:rPr>
          <w:b w:val="0"/>
          <w:sz w:val="22"/>
        </w:rPr>
        <w:t>Про визнання результатів підвищення кваліфікації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left"/>
            </w:pPr>
            <w:r>
              <w:t>___ __________ 20__ року</w:t>
            </w:r>
          </w:p>
        </w:tc>
        <w:tc>
          <w:tcPr>
            <w:tcW w:type="dxa" w:w="1728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center"/>
            </w:pPr>
            <w:r>
              <w:t>№ ___</w:t>
            </w:r>
          </w:p>
        </w:tc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right"/>
            </w:pPr>
            <w:r>
              <w:t>[НАСЕЛЕНИЙ ПУНКТ]</w:t>
            </w:r>
          </w:p>
        </w:tc>
      </w:tr>
    </w:tbl>
    <w:p/>
    <w:p>
      <w:r>
        <w:rPr>
          <w:b/>
        </w:rPr>
        <w:t xml:space="preserve">Голова педагогічної ради: </w:t>
      </w:r>
      <w:r>
        <w:t>[ПІБ]</w:t>
      </w:r>
    </w:p>
    <w:p>
      <w:r>
        <w:rPr>
          <w:b/>
        </w:rPr>
        <w:t xml:space="preserve">Секретар: </w:t>
      </w:r>
      <w:r>
        <w:t>[ПІБ]</w:t>
      </w:r>
    </w:p>
    <w:p>
      <w:r>
        <w:rPr>
          <w:b/>
        </w:rPr>
        <w:t xml:space="preserve">Склад педагогічної ради: </w:t>
      </w:r>
      <w:r>
        <w:t>__ осіб</w:t>
      </w:r>
    </w:p>
    <w:p>
      <w:r>
        <w:rPr>
          <w:b/>
        </w:rPr>
        <w:t xml:space="preserve">Присутні: </w:t>
      </w:r>
      <w:r>
        <w:t>__ осіб (список додається)</w:t>
      </w:r>
    </w:p>
    <w:p>
      <w:r>
        <w:rPr>
          <w:b/>
        </w:rPr>
        <w:t xml:space="preserve">Запрошені: </w:t>
      </w:r>
      <w:r>
        <w:t>педагогічний працівник [ПІБ]</w:t>
      </w:r>
    </w:p>
    <w:p>
      <w:r>
        <w:rPr>
          <w:b/>
        </w:rPr>
        <w:t xml:space="preserve">Кворум: </w:t>
      </w:r>
      <w:r>
        <w:t>наявний / відсутній</w:t>
      </w:r>
    </w:p>
    <w:p>
      <w:pPr>
        <w:pStyle w:val="Heading1"/>
        <w:keepNext/>
      </w:pPr>
      <w:r>
        <w:t>Порядок денний</w:t>
      </w:r>
    </w:p>
    <w:p>
      <w:pPr>
        <w:ind w:left="216" w:hanging="216"/>
      </w:pPr>
      <w:r>
        <w:rPr>
          <w:b/>
        </w:rPr>
        <w:t>1. Про визнання результатів підвищення кваліфікації педагогічного працівника [ПІБ]</w:t>
      </w:r>
      <w:r>
        <w:t xml:space="preserve"> Доповідач: [ПІБ педагогічного працівника].</w:t>
      </w:r>
    </w:p>
    <w:p>
      <w:pPr>
        <w:pStyle w:val="Heading2"/>
        <w:keepNext/>
      </w:pPr>
      <w:r>
        <w:t>1. СЛУХАЛИ</w:t>
      </w:r>
    </w:p>
    <w:p>
      <w:r>
        <w:t>[ПІБ педагогічного працівника, посада], який(а) подав(ла) клопотання та документ про підвищення кваліфікації: суб’єкт — [повна назва]; назва програми — [назва]; форма — [очна / дистанційна / змішана]; обсяг — [__] годин ([__] кредиту ЄКТС); документ — [сертифікат / свідоцтво], серія / номер [___], дата [___]. Працівник повідомив про якість програми, досягнуті результати та можливість їх застосування в роботі.</w:t>
      </w:r>
    </w:p>
    <w:p>
      <w:pPr>
        <w:pStyle w:val="Heading3"/>
        <w:keepNext/>
      </w:pPr>
      <w:r>
        <w:t>ВИСТУПИЛИ</w:t>
      </w:r>
    </w:p>
    <w:p>
      <w:r>
        <w:t>[ПІБ, посада] зазначив(ла), що зміст програми відповідає професійним потребам працівника та завданням закладу освіти.</w:t>
      </w:r>
    </w:p>
    <w:p>
      <w:r>
        <w:t>[ПІБ, посада] запропонував(ла) визнати результати підвищення кваліфікації у заявленому обсязі.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1.1. </w:t>
      </w:r>
      <w:r>
        <w:t>Визнати результати підвищення кваліфікації [ПІБ, посада], здобуті за програмою «[назва програми]» у [назва суб’єкта], обсягом [__] годин ([__] кредиту ЄКТС).</w:t>
      </w:r>
    </w:p>
    <w:p>
      <w:pPr>
        <w:ind w:left="288" w:hanging="288"/>
      </w:pPr>
      <w:r>
        <w:rPr>
          <w:b/>
        </w:rPr>
        <w:t xml:space="preserve">1.2. </w:t>
      </w:r>
      <w:r>
        <w:t>Відповідальному за облік підвищення кваліфікації [посада, ПІБ] внести відомості до відповідних облікових документів до [дата].</w:t>
      </w:r>
    </w:p>
    <w:p>
      <w:pPr>
        <w:ind w:left="288" w:hanging="288"/>
      </w:pPr>
      <w:r>
        <w:rPr>
          <w:b/>
        </w:rPr>
        <w:t xml:space="preserve">1.3. </w:t>
      </w:r>
      <w:r>
        <w:t>Рекомендувати [ПІБ] до [дата / протягом семестру] поширити отриманий досвід у професійній спільноті / застосувати результати в освітньому процесі.</w:t>
      </w:r>
    </w:p>
    <w:p>
      <w:r>
        <w:rPr>
          <w:b/>
        </w:rPr>
        <w:t xml:space="preserve">Результати голосування: </w:t>
      </w:r>
      <w:r>
        <w:t>за — __; проти — __; утрималися — __.</w:t>
      </w:r>
    </w:p>
    <w:p>
      <w:r>
        <w:rPr>
          <w:b/>
        </w:rPr>
        <w:t xml:space="preserve">Підсумок: </w:t>
      </w:r>
      <w:r>
        <w:t>Рішення прийнято / не прийнято.</w:t>
      </w:r>
    </w:p>
    <w:p>
      <w:r>
        <w:rPr>
          <w:b/>
        </w:rPr>
        <w:t xml:space="preserve">У разі невизнання: </w:t>
      </w:r>
      <w:r>
        <w:t>замініть перший пункт рішення на «Не визнати результати…» і обов’язково зазначте мотивовані причини та, за потреби, рекомендації щодо повторного підвищення кваліфікації в іншого суб’єкта.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Голова педагогічної ради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Секретар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</w:tbl>
    <w:p>
      <w:r>
        <w:br w:type="page"/>
      </w:r>
    </w:p>
    <w:p>
      <w:pPr>
        <w:jc w:val="right"/>
      </w:pPr>
      <w:r>
        <w:t>Додаток 1</w:t>
        <w:br/>
        <w:t>до протоколу засідання педагогічної ради</w:t>
        <w:br/>
        <w:t>від ___ __________ 20__ року № ___</w:t>
      </w:r>
    </w:p>
    <w:p>
      <w:pPr>
        <w:spacing w:after="200"/>
        <w:jc w:val="center"/>
      </w:pPr>
      <w:r>
        <w:rPr>
          <w:b/>
          <w:sz w:val="32"/>
        </w:rPr>
        <w:t>Список присутніх членів педагогічної ради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648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612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Прізвище та власне ім’я</w:t>
            </w:r>
          </w:p>
        </w:tc>
        <w:tc>
          <w:tcPr>
            <w:tcW w:type="dxa" w:w="216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Відмітка про присутність</w:t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