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Times New Roman" w:hAnsi="Times New Roman" w:eastAsia="Times New Roman"/>
          <w:b/>
          <w:sz w:val="26"/>
        </w:rPr>
        <w:t>ДОДАТОК ДО ПРОТОКОЛУ № ___</w:t>
      </w:r>
    </w:p>
    <w:p>
      <w:pPr>
        <w:spacing w:after="120"/>
        <w:jc w:val="center"/>
      </w:pPr>
      <w:r>
        <w:rPr>
          <w:rFonts w:ascii="Times New Roman" w:hAnsi="Times New Roman" w:eastAsia="Times New Roman"/>
          <w:b/>
          <w:sz w:val="26"/>
        </w:rPr>
        <w:t>Список присутніх на батьківських зборах ______ класу</w:t>
      </w:r>
    </w:p>
    <w:p>
      <w:pPr>
        <w:spacing w:after="40"/>
      </w:pPr>
      <w:r>
        <w:rPr>
          <w:rFonts w:ascii="Times New Roman" w:hAnsi="Times New Roman" w:eastAsia="Times New Roman"/>
          <w:b/>
          <w:sz w:val="24"/>
        </w:rPr>
        <w:t>Дата зборів:</w:t>
      </w:r>
      <w:r>
        <w:rPr>
          <w:rFonts w:ascii="Times New Roman" w:hAnsi="Times New Roman" w:eastAsia="Times New Roman"/>
          <w:sz w:val="24"/>
        </w:rPr>
        <w:t xml:space="preserve"> «___» __________________ 20___ року</w:t>
      </w:r>
    </w:p>
    <w:p>
      <w:pPr>
        <w:spacing w:after="40"/>
      </w:pPr>
      <w:r>
        <w:rPr>
          <w:rFonts w:ascii="Times New Roman" w:hAnsi="Times New Roman" w:eastAsia="Times New Roman"/>
          <w:b/>
          <w:sz w:val="24"/>
        </w:rPr>
        <w:t>Класний керівник:</w:t>
      </w:r>
      <w:r>
        <w:rPr>
          <w:rFonts w:ascii="Times New Roman" w:hAnsi="Times New Roman" w:eastAsia="Times New Roman"/>
          <w:sz w:val="24"/>
        </w:rPr>
        <w:t xml:space="preserve"> ______________________________________________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67"/>
        <w:gridCol w:w="3969"/>
        <w:gridCol w:w="3118"/>
        <w:gridCol w:w="1701"/>
      </w:tblGrid>
      <w:tr>
        <w:trPr>
          <w:tblHeader w:val="true"/>
        </w:trPr>
        <w:tc>
          <w:tcPr>
            <w:tcW w:type="dxa" w:w="567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№</w:t>
            </w:r>
          </w:p>
        </w:tc>
        <w:tc>
          <w:tcPr>
            <w:tcW w:type="dxa" w:w="3969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ПІБ одного з батьків / законного представника</w:t>
            </w:r>
          </w:p>
        </w:tc>
        <w:tc>
          <w:tcPr>
            <w:tcW w:type="dxa" w:w="3118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ПІБ учня/учениці</w:t>
            </w:r>
          </w:p>
        </w:tc>
        <w:tc>
          <w:tcPr>
            <w:tcW w:type="dxa" w:w="1701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Підпис</w:t>
            </w: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4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7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10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11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12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13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14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15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16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17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18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19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</w:t>
            </w:r>
          </w:p>
        </w:tc>
        <w:tc>
          <w:tcPr>
            <w:tcW w:type="dxa" w:w="3969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31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701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/>
            </w:pPr>
          </w:p>
        </w:tc>
      </w:tr>
    </w:tbl>
    <w:p/>
    <w:p>
      <w:pPr>
        <w:spacing w:after="0"/>
      </w:pPr>
      <w:r>
        <w:rPr>
          <w:rFonts w:ascii="Times New Roman" w:hAnsi="Times New Roman" w:eastAsia="Times New Roman"/>
          <w:i/>
          <w:sz w:val="18"/>
        </w:rPr>
        <w:t>Примітка: за потреби список можна продовжити на наступній сторінці.</w:t>
      </w:r>
    </w:p>
    <w:sectPr w:rsidR="00FC693F" w:rsidRPr="0006063C" w:rsidSect="00034616">
      <w:footerReference w:type="default" r:id="rId9"/>
      <w:pgSz w:w="12240" w:h="15840"/>
      <w:pgMar w:top="964" w:right="850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i/>
        <w:sz w:val="16"/>
      </w:rPr>
      <w:t>Шаблон можна адаптувати відповідно до внутрішніх правил закладу освіти.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