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0"/>
      </w:pPr>
      <w:r>
        <w:rPr>
          <w:rFonts w:ascii="DejaVu Sans" w:hAnsi="DejaVu Sans"/>
          <w:b/>
          <w:color w:val="000000"/>
          <w:sz w:val="22"/>
        </w:rPr>
        <w:t>ОСВІТА+</w:t>
      </w:r>
    </w:p>
    <w:p>
      <w:pPr>
        <w:pStyle w:val="Title"/>
        <w:spacing w:before="0" w:after="140"/>
      </w:pPr>
      <w:r>
        <w:rPr>
          <w:rFonts w:ascii="DejaVu Sans" w:hAnsi="DejaVu Sans"/>
          <w:color w:val="000000"/>
        </w:rPr>
        <w:t>Портфоліо</w:t>
        <w:br/>
        <w:t>вчителя</w:t>
      </w:r>
    </w:p>
    <w:p>
      <w:pPr>
        <w:pStyle w:val="Subtitle"/>
        <w:spacing w:before="0" w:after="400"/>
      </w:pPr>
      <w:r>
        <w:rPr>
          <w:rFonts w:ascii="DejaVu Sans" w:hAnsi="DejaVu Sans"/>
          <w:color w:val="000000"/>
        </w:rPr>
        <w:t>Скорочений шаблон</w:t>
      </w:r>
    </w:p>
    <w:p>
      <w:pPr>
        <w:spacing w:before="0" w:after="480"/>
      </w:pPr>
      <w:r>
        <w:rPr>
          <w:rFonts w:ascii="DejaVu Sans" w:hAnsi="DejaVu Sans"/>
          <w:color w:val="000000"/>
          <w:sz w:val="24"/>
        </w:rPr>
        <w:t>Матеріали про педагогічну роботу, професійний розвиток і результати навчання учнів.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Повне ім’я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[Прізвище, ім’я та по батькові]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Посада та заклад освіти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[Предмет або початкові класи; повна назва закладу]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Період портфоліо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[Навчальний рік або інший період]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Початок роботи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1. Замініть текст у квадратних дужках власними відомостями.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2. Залиште потрібні розділи та додайте рядки до таблиць.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3. Долучіть кілька матеріалів, які підтверджують описану роботу.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4. Перед збереженням видаліть підказки та порожні блоки.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Для паперового заповнення використовуйте PDF. Фото на титульній сторінці можна додати за бажанням.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01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Про мене та мою роботу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Освіта та спеціальність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[Заклад освіти, рік, спеціальність]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Стаж і досвід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[Стаж; для початку кар’єри можна описати педагогічну практику]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Предмети та класи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[З ким працюєте або проходили практику]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важливо для мене у навчанні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[Опишіть свій підхід у 3–4 реченнях]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Над чим працюю зараз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[Одне конкретне професійне питання]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02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Один приклад із практики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Тема і клас  </w:t>
      </w:r>
      <w:r>
        <w:rPr>
          <w:rFonts w:ascii="DejaVu Sans" w:hAnsi="DejaVu Sans"/>
          <w:color w:val="000000"/>
        </w:rPr>
        <w:t>[Тема уроку або заняття, клас, дата]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Навчальне завдання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[Чого мали навчитися учні]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Мої дії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 організували роботу та допомагали учням]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вийшло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[Конкретні спостереження; що ще потребує уваги]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Підтвердження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[Назва власного матеріалу або посилання на знеособлену роботу]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03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Навчання та власні матеріали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Професійний розвиток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3600"/>
        <w:gridCol w:w="3024"/>
        <w:gridCol w:w="3456"/>
      </w:tblGrid>
      <w:tr>
        <w:trPr>
          <w:trHeight w:val="576" w:hRule="atLeast"/>
          <w:tblHeader/>
          <w:cantSplit/>
        </w:trPr>
        <w:tc>
          <w:tcPr>
            <w:tcW w:type="dxa" w:w="3600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Дата і тема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Організатор та години</w:t>
            </w:r>
          </w:p>
        </w:tc>
        <w:tc>
          <w:tcPr>
            <w:tcW w:type="dxa" w:w="34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Що застосую</w:t>
            </w:r>
          </w:p>
        </w:tc>
      </w:tr>
      <w:tr>
        <w:trPr>
          <w:trHeight w:val="1440" w:hRule="atLeast"/>
          <w:cantSplit/>
        </w:trPr>
        <w:tc>
          <w:tcPr>
            <w:tcW w:type="dxa" w:w="360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[Курс, вебінар або інше навчання]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[Відомості з підтвердного документа]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[Конкретний прийом або зміна]</w:t>
            </w:r>
          </w:p>
        </w:tc>
      </w:tr>
      <w:tr>
        <w:trPr>
          <w:trHeight w:val="1440" w:hRule="atLeast"/>
          <w:cantSplit/>
        </w:trPr>
        <w:tc>
          <w:tcPr>
            <w:tcW w:type="dxa" w:w="3600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Мої розробки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592"/>
        <w:gridCol w:w="3600"/>
        <w:gridCol w:w="3888"/>
      </w:tblGrid>
      <w:tr>
        <w:trPr>
          <w:trHeight w:val="576" w:hRule="atLeast"/>
          <w:tblHeader/>
          <w:cantSplit/>
        </w:trPr>
        <w:tc>
          <w:tcPr>
            <w:tcW w:type="dxa" w:w="259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Матеріал</w:t>
            </w:r>
          </w:p>
        </w:tc>
        <w:tc>
          <w:tcPr>
            <w:tcW w:type="dxa" w:w="3600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Для чого і для кого</w:t>
            </w:r>
          </w:p>
        </w:tc>
        <w:tc>
          <w:tcPr>
            <w:tcW w:type="dxa" w:w="38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Мій внесок і посилання</w:t>
            </w:r>
          </w:p>
        </w:tc>
      </w:tr>
      <w:tr>
        <w:trPr>
          <w:trHeight w:val="1440" w:hRule="atLeast"/>
          <w:cantSplit/>
        </w:trPr>
        <w:tc>
          <w:tcPr>
            <w:tcW w:type="dxa" w:w="259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[Назва]</w:t>
            </w:r>
          </w:p>
        </w:tc>
        <w:tc>
          <w:tcPr>
            <w:tcW w:type="dxa" w:w="360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[Клас і призначення]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створили; де переглянути]</w:t>
            </w:r>
          </w:p>
        </w:tc>
      </w:tr>
      <w:tr>
        <w:trPr>
          <w:trHeight w:val="1440" w:hRule="atLeast"/>
          <w:cantSplit/>
        </w:trPr>
        <w:tc>
          <w:tcPr>
            <w:tcW w:type="dxa" w:w="259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600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Для першого портфоліо можна додати матеріали педагогічної практики із зазначенням своєї ролі. Кількість рядків змінюйте за потреби.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04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Мої наступні кроки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вже вдається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[Конкретний приклад]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Яка допомога або навчання потрібні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[Питання, яке хочете опрацювати]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880"/>
        <w:gridCol w:w="5184"/>
        <w:gridCol w:w="2016"/>
      </w:tblGrid>
      <w:tr>
        <w:trPr>
          <w:trHeight w:val="576" w:hRule="atLeast"/>
          <w:tblHeader/>
          <w:cantSplit/>
        </w:trPr>
        <w:tc>
          <w:tcPr>
            <w:tcW w:type="dxa" w:w="2880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Мета</w:t>
            </w:r>
          </w:p>
        </w:tc>
        <w:tc>
          <w:tcPr>
            <w:tcW w:type="dxa" w:w="518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Наступний крок</w:t>
            </w:r>
          </w:p>
        </w:tc>
        <w:tc>
          <w:tcPr>
            <w:tcW w:type="dxa" w:w="201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Термін</w:t>
            </w:r>
          </w:p>
        </w:tc>
      </w:tr>
      <w:tr>
        <w:trPr>
          <w:trHeight w:val="1296" w:hRule="atLeast"/>
          <w:cantSplit/>
        </w:trPr>
        <w:tc>
          <w:tcPr>
            <w:tcW w:type="dxa" w:w="288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[Чого хочу досягти]</w:t>
            </w:r>
          </w:p>
        </w:tc>
        <w:tc>
          <w:tcPr>
            <w:tcW w:type="dxa" w:w="518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саме зроблю]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[Коли]</w:t>
            </w:r>
          </w:p>
        </w:tc>
      </w:tr>
      <w:tr>
        <w:trPr>
          <w:trHeight w:val="1296" w:hRule="atLeast"/>
          <w:cantSplit/>
        </w:trPr>
        <w:tc>
          <w:tcPr>
            <w:tcW w:type="dxa" w:w="2880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518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01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Перед використанням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Замінено всі підказки власними даними.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Описано власну роботу та свою роль.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Перевірено посилання і назви додатків.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Прибрано персональні дані учнів із відкритих матеріалів.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Авторський шаблон Освіта+. Непотрібні блоки можна видалити, а сторінки з прикладами роботи — скопіювати.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403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08" w:val="right"/>
      </w:tabs>
      <w:spacing w:before="0" w:after="0"/>
    </w:pPr>
    <w:r>
      <w:rPr>
        <w:rFonts w:ascii="DejaVu Sans" w:hAnsi="DejaVu Sans"/>
        <w:color w:val="56616A"/>
        <w:sz w:val="16"/>
      </w:rPr>
      <w:t>Освіта+  /  Скорочений шаблон</w:t>
    </w:r>
    <w:r>
      <w:rPr>
        <w:rFonts w:ascii="DejaVu Sans" w:hAnsi="DejaVu Sans"/>
        <w:color w:val="000000"/>
        <w:sz w:val="16"/>
      </w:rPr>
      <w:tab/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140"/>
    </w:pPr>
    <w:rPr>
      <w:rFonts w:ascii="DejaVu Sans" w:hAnsi="DejaVu Sans"/>
      <w:color w:val="000000"/>
      <w:sz w:val="22"/>
      <w:lang w:val="uk-U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6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000000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i/>
      <w:iCs/>
      <w:color w:val="00000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Портфоліо вчителя</dc:title>
  <dc:subject>Скорочений шаблон</dc:subject>
  <dc:creator>Освіта+</dc:creator>
  <cp:keywords>портфоліо вчителя, зразок, шаблон, Освіта+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