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268"/>
      </w:tblGrid>
      <w:tr>
        <w:tc>
          <w:tcPr>
            <w:tcW w:type="dxa" w:w="10426"/>
            <w:shd w:fill="1F4D78"/>
            <w:tcMar>
              <w:top w:w="90" w:type="dxa"/>
              <w:start w:w="150" w:type="dxa"/>
              <w:bottom w:w="90" w:type="dxa"/>
              <w:end w:w="15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КОРОТКЕ ПОРТФОЛІО</w:t>
            </w:r>
          </w:p>
        </w:tc>
      </w:tr>
    </w:tbl>
    <w:p>
      <w:pPr>
        <w:spacing w:after="0"/>
      </w:pPr>
    </w:p>
    <w:p>
      <w:pPr>
        <w:spacing w:before="700" w:after="100"/>
      </w:pPr>
      <w:r>
        <w:rPr>
          <w:rFonts w:ascii="Arial" w:hAnsi="Arial"/>
          <w:b/>
          <w:color w:val="1F4D78"/>
          <w:sz w:val="62"/>
        </w:rPr>
        <w:t>ПОРТФОЛІО УЧНЯ</w:t>
      </w:r>
    </w:p>
    <w:p>
      <w:r>
        <w:rPr>
          <w:rFonts w:ascii="Arial" w:hAnsi="Arial"/>
          <w:color w:val="536273"/>
          <w:sz w:val="32"/>
        </w:rPr>
        <w:t>короткий шаблон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FFF8E8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single" w:sz="4" w:color="DCE5EC"/>
              <w:left w:val="single" w:sz="18" w:color="B58A2A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rFonts w:ascii="Arial" w:hAnsi="Arial"/>
                <w:color w:val="536273"/>
                <w:sz w:val="20"/>
              </w:rPr>
              <w:t>6 основних сторінок без зайвих блоків. Підійде, якщо потрібно швидко зібрати ключові результати та підсумки року.</w:t>
            </w:r>
          </w:p>
        </w:tc>
      </w:tr>
    </w:tbl>
    <w:p>
      <w:pPr>
        <w:spacing w:after="0"/>
      </w:pPr>
    </w:p>
    <w:p>
      <w:pPr>
        <w:spacing w:after="160"/>
      </w:pPr>
    </w:p>
    <w:p>
      <w:pPr>
        <w:spacing w:after="140"/>
      </w:pPr>
      <w:r>
        <w:rPr>
          <w:rFonts w:ascii="Arial" w:hAnsi="Arial"/>
          <w:b/>
          <w:color w:val="273442"/>
          <w:sz w:val="21"/>
        </w:rPr>
        <w:t xml:space="preserve">Прізвище та ім’я:  </w:t>
      </w:r>
      <w:r>
        <w:rPr>
          <w:rFonts w:ascii="Arial" w:hAnsi="Arial"/>
          <w:color w:val="536273"/>
          <w:sz w:val="21"/>
        </w:rPr>
        <w:t>____________________________________________________</w:t>
      </w:r>
    </w:p>
    <w:p>
      <w:pPr>
        <w:spacing w:after="140"/>
      </w:pPr>
      <w:r>
        <w:rPr>
          <w:rFonts w:ascii="Arial" w:hAnsi="Arial"/>
          <w:b/>
          <w:color w:val="273442"/>
          <w:sz w:val="21"/>
        </w:rPr>
        <w:t xml:space="preserve">Клас:  </w:t>
      </w:r>
      <w:r>
        <w:rPr>
          <w:rFonts w:ascii="Arial" w:hAnsi="Arial"/>
          <w:color w:val="536273"/>
          <w:sz w:val="21"/>
        </w:rPr>
        <w:t>____________________________________________________________________</w:t>
      </w:r>
    </w:p>
    <w:p>
      <w:pPr>
        <w:spacing w:after="140"/>
      </w:pPr>
      <w:r>
        <w:rPr>
          <w:rFonts w:ascii="Arial" w:hAnsi="Arial"/>
          <w:b/>
          <w:color w:val="273442"/>
          <w:sz w:val="21"/>
        </w:rPr>
        <w:t xml:space="preserve">Заклад освіти:  </w:t>
      </w:r>
      <w:r>
        <w:rPr>
          <w:rFonts w:ascii="Arial" w:hAnsi="Arial"/>
          <w:color w:val="536273"/>
          <w:sz w:val="21"/>
        </w:rPr>
        <w:t>_______________________________________________________</w:t>
      </w:r>
    </w:p>
    <w:p>
      <w:pPr>
        <w:spacing w:after="140"/>
      </w:pPr>
      <w:r>
        <w:rPr>
          <w:rFonts w:ascii="Arial" w:hAnsi="Arial"/>
          <w:b/>
          <w:color w:val="273442"/>
          <w:sz w:val="21"/>
        </w:rPr>
        <w:t xml:space="preserve">Навчальний рік:  </w:t>
      </w:r>
      <w:r>
        <w:rPr>
          <w:rFonts w:ascii="Arial" w:hAnsi="Arial"/>
          <w:color w:val="536273"/>
          <w:sz w:val="21"/>
        </w:rPr>
        <w:t>______________________________________________________</w:t>
      </w:r>
    </w:p>
    <w:p>
      <w:pPr>
        <w:pStyle w:val="PortfolioH2"/>
      </w:pPr>
      <w:r>
        <w:t>Фото або малюнок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2835" w:hRule="exact"/>
        </w:trPr>
        <w:tc>
          <w:tcPr>
            <w:tcW w:type="dxa" w:w="10426"/>
            <w:vAlign w:val="top"/>
            <w:shd w:fill="F6F9FC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02</w:t>
      </w:r>
    </w:p>
    <w:p>
      <w:pPr>
        <w:pStyle w:val="PortfolioH1"/>
      </w:pPr>
      <w:r>
        <w:t>Про мене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Інтереси, сильні сторони та те, чого хочеться навчитися.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6F9FC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Мені цікаво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У мене добре виходить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Я хочу навчитися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6F9FC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Я пишаюся собою за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</w:tr>
    </w:tbl>
    <w:p>
      <w:pPr>
        <w:spacing w:after="0"/>
      </w:pPr>
    </w:p>
    <w:p>
      <w:pPr>
        <w:pStyle w:val="PortfolioH2"/>
      </w:pPr>
      <w:r>
        <w:t>Що для мене важливо цього року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2268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03</w:t>
      </w:r>
    </w:p>
    <w:p>
      <w:pPr>
        <w:pStyle w:val="PortfolioH1"/>
      </w:pPr>
      <w:r>
        <w:t>Мої цілі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Три реальні цілі та перші кроки.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61"/>
        <w:gridCol w:w="4082"/>
        <w:gridCol w:w="2835"/>
      </w:tblGrid>
      <w:tr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Ціль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Мої кроки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Результат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Мій перший крок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701" w:hRule="exact"/>
        </w:trPr>
        <w:tc>
          <w:tcPr>
            <w:tcW w:type="dxa" w:w="10426"/>
            <w:vAlign w:val="top"/>
            <w:shd w:fill="FFF8E8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04</w:t>
      </w:r>
    </w:p>
    <w:p>
      <w:pPr>
        <w:pStyle w:val="PortfolioH1"/>
      </w:pPr>
      <w:r>
        <w:t>Мої роботи та досягнення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Найважливіше, що вдалося зробити протягом року.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9"/>
        <w:gridCol w:w="4535"/>
        <w:gridCol w:w="1474"/>
      </w:tblGrid>
      <w:tr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Робота / досягнення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Що я зробив/зробила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Коли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Моя найкраща робота — чому я її обрав/обрала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984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05</w:t>
      </w:r>
    </w:p>
    <w:p>
      <w:pPr>
        <w:pStyle w:val="PortfolioH1"/>
      </w:pPr>
      <w:r>
        <w:t>Мій прогрес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Що вже виходить і над чим ще працюю.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61"/>
        <w:gridCol w:w="3742"/>
        <w:gridCol w:w="3175"/>
      </w:tblGrid>
      <w:tr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Предмет / напрям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Мій прогрес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Наступний крок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Що допомагає мені вчитися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757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06</w:t>
      </w:r>
    </w:p>
    <w:p>
      <w:pPr>
        <w:pStyle w:val="PortfolioH1"/>
      </w:pPr>
      <w:r>
        <w:t>Підсумки року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Коротка рефлексія та нова ціль.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pStyle w:val="PortfolioH2"/>
      </w:pPr>
      <w:r>
        <w:t>Цього року я навчився/навчилася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587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Найбільше я пишаюся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587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Наступного року я хочу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587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Відгук учителя / класного керівника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701" w:hRule="exact"/>
        </w:trPr>
        <w:tc>
          <w:tcPr>
            <w:tcW w:type="dxa" w:w="10426"/>
            <w:vAlign w:val="top"/>
            <w:shd w:fill="FFF8E8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2240" w:h="15840"/>
      <w:pgMar w:top="907" w:right="907" w:bottom="822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2919E"/>
        <w:sz w:val="16"/>
      </w:rPr>
      <w:t>Портфоліо учня • редагований шаблон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2734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rtfolioTitle">
    <w:name w:val="Portfolio Title"/>
    <w:pPr>
      <w:spacing w:after="100"/>
    </w:pPr>
    <w:rPr>
      <w:rFonts w:ascii="Arial" w:hAnsi="Arial"/>
      <w:b/>
      <w:color w:val="1F4D78"/>
      <w:sz w:val="54"/>
    </w:rPr>
  </w:style>
  <w:style w:type="paragraph" w:customStyle="1" w:styleId="PortfolioH1">
    <w:name w:val="Portfolio H1"/>
    <w:pPr>
      <w:spacing w:after="160"/>
    </w:pPr>
    <w:rPr>
      <w:rFonts w:ascii="Arial" w:hAnsi="Arial"/>
      <w:b/>
      <w:color w:val="1F4D78"/>
      <w:sz w:val="38"/>
    </w:rPr>
  </w:style>
  <w:style w:type="paragraph" w:customStyle="1" w:styleId="PortfolioH2">
    <w:name w:val="Portfolio H2"/>
    <w:pPr>
      <w:spacing w:after="80"/>
    </w:pPr>
    <w:rPr>
      <w:rFonts w:ascii="Arial" w:hAnsi="Arial"/>
      <w:b/>
      <w:color w:val="173A5B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