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Шаблон протоколу засідання педагогічної ради</w:t>
      </w:r>
    </w:p>
    <w:p>
      <w:pPr>
        <w:spacing w:after="240"/>
      </w:pPr>
      <w:r>
        <w:rPr>
          <w:b/>
          <w:color w:val="000000"/>
        </w:rPr>
        <w:t xml:space="preserve">Перед використанням: </w:t>
      </w:r>
      <w:r>
        <w:rPr>
          <w:color w:val="595959"/>
        </w:rPr>
        <w:t>замініть текст у квадратних дужках, видаліть непотрібні варіанти та перевірте кількість голосів від усього складу педагогічної ради.</w:t>
      </w:r>
    </w:p>
    <w:p>
      <w:pPr>
        <w:spacing w:after="200"/>
        <w:jc w:val="center"/>
      </w:pPr>
      <w:r>
        <w:rPr>
          <w:b/>
          <w:sz w:val="22"/>
        </w:rPr>
        <w:t>[ПОВНА НАЗВА ЗАКЛАДУ ЗАГАЛЬНОЇ СЕРЕДНЬОЇ ОСВІТИ]</w:t>
      </w:r>
    </w:p>
    <w:p>
      <w:pPr>
        <w:spacing w:after="40"/>
        <w:jc w:val="center"/>
      </w:pPr>
      <w:r>
        <w:rPr>
          <w:b/>
          <w:sz w:val="32"/>
        </w:rPr>
        <w:t>ПРОТОКОЛ</w:t>
      </w:r>
    </w:p>
    <w:p>
      <w:pPr>
        <w:spacing w:after="160"/>
        <w:jc w:val="center"/>
      </w:pPr>
      <w:r>
        <w:rPr>
          <w:b/>
          <w:sz w:val="24"/>
        </w:rPr>
        <w:t>засідання педагогічної ради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816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left"/>
            </w:pPr>
            <w:r>
              <w:t>___ __________ 20__ року</w:t>
            </w:r>
          </w:p>
        </w:tc>
        <w:tc>
          <w:tcPr>
            <w:tcW w:type="dxa" w:w="1728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center"/>
            </w:pPr>
            <w:r>
              <w:t>№ ___</w:t>
            </w:r>
          </w:p>
        </w:tc>
        <w:tc>
          <w:tcPr>
            <w:tcW w:type="dxa" w:w="3816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right"/>
            </w:pPr>
            <w:r>
              <w:t>[НАСЕЛЕНИЙ ПУНКТ]</w:t>
            </w:r>
          </w:p>
        </w:tc>
      </w:tr>
    </w:tbl>
    <w:p/>
    <w:p>
      <w:r>
        <w:rPr>
          <w:b/>
        </w:rPr>
        <w:t xml:space="preserve">Голова педагогічної ради: </w:t>
      </w:r>
      <w:r>
        <w:t>[ПІБ]</w:t>
      </w:r>
    </w:p>
    <w:p>
      <w:r>
        <w:rPr>
          <w:b/>
        </w:rPr>
        <w:t xml:space="preserve">Секретар: </w:t>
      </w:r>
      <w:r>
        <w:t>[ПІБ]</w:t>
      </w:r>
    </w:p>
    <w:p>
      <w:r>
        <w:rPr>
          <w:b/>
        </w:rPr>
        <w:t xml:space="preserve">Склад педагогічної ради: </w:t>
      </w:r>
      <w:r>
        <w:t>__ осіб</w:t>
      </w:r>
    </w:p>
    <w:p>
      <w:r>
        <w:rPr>
          <w:b/>
        </w:rPr>
        <w:t xml:space="preserve">Присутні: </w:t>
      </w:r>
      <w:r>
        <w:t>__ осіб (список додається)</w:t>
      </w:r>
    </w:p>
    <w:p>
      <w:r>
        <w:rPr>
          <w:b/>
        </w:rPr>
        <w:t xml:space="preserve">Запрошені: </w:t>
      </w:r>
      <w:r>
        <w:t>[за потреби]</w:t>
      </w:r>
    </w:p>
    <w:p>
      <w:r>
        <w:rPr>
          <w:b/>
        </w:rPr>
        <w:t xml:space="preserve">Кворум: </w:t>
      </w:r>
      <w:r>
        <w:t>наявний / відсутній</w:t>
      </w:r>
    </w:p>
    <w:p>
      <w:pPr>
        <w:pStyle w:val="Heading1"/>
        <w:keepNext/>
      </w:pPr>
      <w:r>
        <w:t>Порядок денний</w:t>
      </w:r>
    </w:p>
    <w:p>
      <w:pPr>
        <w:ind w:left="216" w:hanging="216"/>
      </w:pPr>
      <w:r>
        <w:rPr>
          <w:b/>
        </w:rPr>
        <w:t>1. [Формулювання першого питання]</w:t>
      </w:r>
      <w:r>
        <w:t xml:space="preserve"> Доповідач: [посада, ПІБ].</w:t>
      </w:r>
    </w:p>
    <w:p>
      <w:pPr>
        <w:ind w:left="216" w:hanging="216"/>
      </w:pPr>
      <w:r>
        <w:rPr>
          <w:b/>
        </w:rPr>
        <w:t>2. [Формулювання другого питання]</w:t>
      </w:r>
      <w:r>
        <w:t xml:space="preserve"> Доповідач: [посада, ПІБ].</w:t>
      </w:r>
    </w:p>
    <w:p>
      <w:pPr>
        <w:pStyle w:val="Heading2"/>
        <w:keepNext/>
      </w:pPr>
      <w:r>
        <w:t>1. СЛУХАЛИ</w:t>
      </w:r>
    </w:p>
    <w:p>
      <w:r>
        <w:t>[ПІБ, посада доповідача] — [стислий зміст доповіді]. Текст доповіді додається / не додається.</w:t>
      </w:r>
    </w:p>
    <w:p>
      <w:pPr>
        <w:pStyle w:val="Heading3"/>
        <w:keepNext/>
      </w:pPr>
      <w:r>
        <w:t>ВИСТУПИЛИ</w:t>
      </w:r>
    </w:p>
    <w:p>
      <w:r>
        <w:t>[ПІБ, посада] — [стислий зміст виступу та пропозиції].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1.1. </w:t>
      </w:r>
      <w:r>
        <w:t>[Конкретна дія або рішення]. Відповідальний: [посада, ПІБ]. Строк: до [дата] / постійно.</w:t>
      </w:r>
    </w:p>
    <w:p>
      <w:pPr>
        <w:ind w:left="288" w:hanging="288"/>
      </w:pPr>
      <w:r>
        <w:rPr>
          <w:b/>
        </w:rPr>
        <w:t xml:space="preserve">1.2. </w:t>
      </w:r>
      <w:r>
        <w:t>[Друга дія]. Відповідальний: [посада, ПІБ]. Строк: до [дата].</w:t>
      </w:r>
    </w:p>
    <w:p>
      <w:pPr>
        <w:ind w:left="288" w:hanging="288"/>
      </w:pPr>
      <w:r>
        <w:rPr>
          <w:b/>
        </w:rPr>
        <w:t xml:space="preserve">1.3. </w:t>
      </w:r>
      <w:r>
        <w:t>Контроль за виконанням рішення покласти на [посада, ПІБ].</w:t>
      </w:r>
    </w:p>
    <w:p>
      <w:r>
        <w:rPr>
          <w:b/>
        </w:rPr>
        <w:t xml:space="preserve">Результати голосування: </w:t>
      </w:r>
      <w:r>
        <w:t>за — __; проти — __; утрималися — __.</w:t>
      </w:r>
    </w:p>
    <w:p>
      <w:r>
        <w:rPr>
          <w:b/>
        </w:rPr>
        <w:t xml:space="preserve">Підсумок: </w:t>
      </w:r>
      <w:r>
        <w:t>Рішення прийнято / не прийнято.</w:t>
      </w:r>
    </w:p>
    <w:p>
      <w:pPr>
        <w:pStyle w:val="Heading2"/>
        <w:keepNext/>
      </w:pPr>
      <w:r>
        <w:t>2. СЛУХАЛИ</w:t>
      </w:r>
    </w:p>
    <w:p>
      <w:r>
        <w:t>[ПІБ, посада доповідача] — [стислий зміст доповіді].</w:t>
      </w:r>
    </w:p>
    <w:p>
      <w:pPr>
        <w:pStyle w:val="Heading3"/>
        <w:keepNext/>
      </w:pPr>
      <w:r>
        <w:t>ВИСТУПИЛИ</w:t>
      </w:r>
    </w:p>
    <w:p>
      <w:r>
        <w:t>[ПІБ, посада] — [стислий зміст виступу].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2.1. </w:t>
      </w:r>
      <w:r>
        <w:t>[Конкретне рішення]. Відповідальний: [посада, ПІБ]. Строк: [дата].</w:t>
      </w:r>
    </w:p>
    <w:p>
      <w:pPr>
        <w:ind w:left="288" w:hanging="288"/>
      </w:pPr>
      <w:r>
        <w:rPr>
          <w:b/>
        </w:rPr>
        <w:t xml:space="preserve">2.2. </w:t>
      </w:r>
      <w:r>
        <w:t>Контроль за виконанням рішення покласти на [посада, ПІБ].</w:t>
      </w:r>
    </w:p>
    <w:p>
      <w:r>
        <w:rPr>
          <w:b/>
        </w:rPr>
        <w:t xml:space="preserve">Результати голосування: </w:t>
      </w:r>
      <w:r>
        <w:t>за — __; проти — __; утрималися — __.</w:t>
      </w:r>
    </w:p>
    <w:p>
      <w:r>
        <w:rPr>
          <w:b/>
        </w:rPr>
        <w:t xml:space="preserve">Підсумок: </w:t>
      </w:r>
      <w:r>
        <w:t>Рішення прийнято / не прийнято.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88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t>Голова педагогічної ради</w:t>
            </w:r>
          </w:p>
        </w:tc>
        <w:tc>
          <w:tcPr>
            <w:tcW w:type="dxa" w:w="194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center"/>
            </w:pPr>
            <w:r>
              <w:t>____________</w:t>
            </w:r>
          </w:p>
        </w:tc>
        <w:tc>
          <w:tcPr>
            <w:tcW w:type="dxa" w:w="352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right"/>
            </w:pPr>
            <w:r>
              <w:t>[ПІБ]</w:t>
            </w:r>
          </w:p>
        </w:tc>
      </w:tr>
      <w:tr>
        <w:tc>
          <w:tcPr>
            <w:tcW w:type="dxa" w:w="388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t>Секретар</w:t>
            </w:r>
          </w:p>
        </w:tc>
        <w:tc>
          <w:tcPr>
            <w:tcW w:type="dxa" w:w="194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center"/>
            </w:pPr>
            <w:r>
              <w:t>____________</w:t>
            </w:r>
          </w:p>
        </w:tc>
        <w:tc>
          <w:tcPr>
            <w:tcW w:type="dxa" w:w="352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right"/>
            </w:pPr>
            <w:r>
              <w:t>[ПІБ]</w:t>
            </w:r>
          </w:p>
        </w:tc>
      </w:tr>
    </w:tbl>
    <w:p>
      <w:r>
        <w:br w:type="page"/>
      </w:r>
    </w:p>
    <w:p>
      <w:pPr>
        <w:jc w:val="right"/>
      </w:pPr>
      <w:r>
        <w:t>Додаток 1</w:t>
        <w:br/>
        <w:t>до протоколу засідання педагогічної ради</w:t>
        <w:br/>
        <w:t>від ___ __________ 20__ року № ___</w:t>
      </w:r>
    </w:p>
    <w:p>
      <w:pPr>
        <w:spacing w:after="200"/>
        <w:jc w:val="center"/>
      </w:pPr>
      <w:r>
        <w:rPr>
          <w:b/>
          <w:sz w:val="32"/>
        </w:rPr>
        <w:t>Список присутніх членів педагогічної ради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648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6120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Прізвище та власне ім’я</w:t>
            </w:r>
          </w:p>
        </w:tc>
        <w:tc>
          <w:tcPr>
            <w:tcW w:type="dxa" w:w="2160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Відмітка про присутність</w:t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16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17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18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