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Times New Roman" w:hAnsi="Times New Roman" w:eastAsia="Times New Roman"/>
          <w:b w:val="0"/>
          <w:sz w:val="22"/>
        </w:rPr>
        <w:t>_______________________________________________</w:t>
      </w:r>
    </w:p>
    <w:p>
      <w:pPr>
        <w:spacing w:after="40"/>
        <w:jc w:val="center"/>
      </w:pPr>
      <w:r>
        <w:rPr>
          <w:rFonts w:ascii="Times New Roman" w:hAnsi="Times New Roman" w:eastAsia="Times New Roman"/>
          <w:b w:val="0"/>
          <w:sz w:val="18"/>
        </w:rPr>
        <w:t>назва закладу освіти</w:t>
      </w:r>
    </w:p>
    <w:p>
      <w:pPr>
        <w:spacing w:after="0"/>
        <w:jc w:val="center"/>
      </w:pPr>
      <w:r>
        <w:rPr>
          <w:rFonts w:ascii="Times New Roman" w:hAnsi="Times New Roman" w:eastAsia="Times New Roman"/>
          <w:b/>
          <w:sz w:val="30"/>
        </w:rPr>
        <w:t>ПРОТОКОЛ № ___</w:t>
      </w:r>
    </w:p>
    <w:p>
      <w:pPr>
        <w:spacing w:after="160"/>
        <w:jc w:val="center"/>
      </w:pPr>
      <w:r>
        <w:rPr>
          <w:rFonts w:ascii="Times New Roman" w:hAnsi="Times New Roman" w:eastAsia="Times New Roman"/>
          <w:b/>
          <w:sz w:val="26"/>
        </w:rPr>
        <w:t>батьківських зборів ______ класу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2948"/>
            <w:tcMar>
              <w:top w:w="60" w:type="dxa"/>
              <w:start w:w="80" w:type="dxa"/>
              <w:bottom w:w="60" w:type="dxa"/>
              <w:end w:w="8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/>
                <w:sz w:val="22"/>
              </w:rPr>
              <w:t>Дата проведення:</w:t>
            </w:r>
          </w:p>
        </w:tc>
        <w:tc>
          <w:tcPr>
            <w:tcW w:type="dxa" w:w="5669"/>
            <w:tcMar>
              <w:top w:w="60" w:type="dxa"/>
              <w:start w:w="80" w:type="dxa"/>
              <w:bottom w:w="60" w:type="dxa"/>
              <w:end w:w="8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sz w:val="22"/>
              </w:rPr>
              <w:t>«___» __________________ 20___ року</w:t>
            </w:r>
          </w:p>
        </w:tc>
      </w:tr>
      <w:tr>
        <w:tc>
          <w:tcPr>
            <w:tcW w:type="dxa" w:w="2948"/>
            <w:tcMar>
              <w:top w:w="60" w:type="dxa"/>
              <w:start w:w="80" w:type="dxa"/>
              <w:bottom w:w="60" w:type="dxa"/>
              <w:end w:w="8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/>
                <w:sz w:val="22"/>
              </w:rPr>
              <w:t>Час проведення:</w:t>
            </w:r>
          </w:p>
        </w:tc>
        <w:tc>
          <w:tcPr>
            <w:tcW w:type="dxa" w:w="5669"/>
            <w:tcMar>
              <w:top w:w="60" w:type="dxa"/>
              <w:start w:w="80" w:type="dxa"/>
              <w:bottom w:w="60" w:type="dxa"/>
              <w:end w:w="8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sz w:val="22"/>
              </w:rPr>
              <w:t>____________</w:t>
            </w:r>
          </w:p>
        </w:tc>
      </w:tr>
      <w:tr>
        <w:tc>
          <w:tcPr>
            <w:tcW w:type="dxa" w:w="2948"/>
            <w:tcMar>
              <w:top w:w="60" w:type="dxa"/>
              <w:start w:w="80" w:type="dxa"/>
              <w:bottom w:w="60" w:type="dxa"/>
              <w:end w:w="8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/>
                <w:sz w:val="22"/>
              </w:rPr>
              <w:t>Місце проведення:</w:t>
            </w:r>
          </w:p>
        </w:tc>
        <w:tc>
          <w:tcPr>
            <w:tcW w:type="dxa" w:w="5669"/>
            <w:tcMar>
              <w:top w:w="60" w:type="dxa"/>
              <w:start w:w="80" w:type="dxa"/>
              <w:bottom w:w="60" w:type="dxa"/>
              <w:end w:w="8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sz w:val="22"/>
              </w:rPr>
              <w:t>____________________________________________</w:t>
            </w:r>
          </w:p>
        </w:tc>
      </w:tr>
      <w:tr>
        <w:tc>
          <w:tcPr>
            <w:tcW w:type="dxa" w:w="2948"/>
            <w:tcMar>
              <w:top w:w="60" w:type="dxa"/>
              <w:start w:w="80" w:type="dxa"/>
              <w:bottom w:w="60" w:type="dxa"/>
              <w:end w:w="8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/>
                <w:sz w:val="22"/>
              </w:rPr>
              <w:t>Форма проведення:</w:t>
            </w:r>
          </w:p>
        </w:tc>
        <w:tc>
          <w:tcPr>
            <w:tcW w:type="dxa" w:w="5669"/>
            <w:tcMar>
              <w:top w:w="60" w:type="dxa"/>
              <w:start w:w="80" w:type="dxa"/>
              <w:bottom w:w="60" w:type="dxa"/>
              <w:end w:w="8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sz w:val="22"/>
              </w:rPr>
              <w:t>очна / дистанційна / змішана</w:t>
            </w:r>
          </w:p>
        </w:tc>
      </w:tr>
      <w:tr>
        <w:tc>
          <w:tcPr>
            <w:tcW w:type="dxa" w:w="2948"/>
            <w:tcMar>
              <w:top w:w="60" w:type="dxa"/>
              <w:start w:w="80" w:type="dxa"/>
              <w:bottom w:w="60" w:type="dxa"/>
              <w:end w:w="8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/>
                <w:sz w:val="22"/>
              </w:rPr>
              <w:t>У класі навчається:</w:t>
            </w:r>
          </w:p>
        </w:tc>
        <w:tc>
          <w:tcPr>
            <w:tcW w:type="dxa" w:w="5669"/>
            <w:tcMar>
              <w:top w:w="60" w:type="dxa"/>
              <w:start w:w="80" w:type="dxa"/>
              <w:bottom w:w="60" w:type="dxa"/>
              <w:end w:w="8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sz w:val="22"/>
              </w:rPr>
              <w:t>______ учнів</w:t>
            </w:r>
          </w:p>
        </w:tc>
      </w:tr>
      <w:tr>
        <w:tc>
          <w:tcPr>
            <w:tcW w:type="dxa" w:w="2948"/>
            <w:tcMar>
              <w:top w:w="60" w:type="dxa"/>
              <w:start w:w="80" w:type="dxa"/>
              <w:bottom w:w="60" w:type="dxa"/>
              <w:end w:w="8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/>
                <w:sz w:val="22"/>
              </w:rPr>
              <w:t>Присутні на зборах:</w:t>
            </w:r>
          </w:p>
        </w:tc>
        <w:tc>
          <w:tcPr>
            <w:tcW w:type="dxa" w:w="5669"/>
            <w:tcMar>
              <w:top w:w="60" w:type="dxa"/>
              <w:start w:w="80" w:type="dxa"/>
              <w:bottom w:w="60" w:type="dxa"/>
              <w:end w:w="8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sz w:val="22"/>
              </w:rPr>
              <w:t>______ осіб</w:t>
            </w:r>
          </w:p>
        </w:tc>
      </w:tr>
      <w:tr>
        <w:tc>
          <w:tcPr>
            <w:tcW w:type="dxa" w:w="2948"/>
            <w:tcMar>
              <w:top w:w="60" w:type="dxa"/>
              <w:start w:w="80" w:type="dxa"/>
              <w:bottom w:w="60" w:type="dxa"/>
              <w:end w:w="8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/>
                <w:sz w:val="22"/>
              </w:rPr>
              <w:t>Відсутні:</w:t>
            </w:r>
          </w:p>
        </w:tc>
        <w:tc>
          <w:tcPr>
            <w:tcW w:type="dxa" w:w="5669"/>
            <w:tcMar>
              <w:top w:w="60" w:type="dxa"/>
              <w:start w:w="80" w:type="dxa"/>
              <w:bottom w:w="60" w:type="dxa"/>
              <w:end w:w="8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sz w:val="22"/>
              </w:rPr>
              <w:t>______ осіб</w:t>
            </w:r>
          </w:p>
        </w:tc>
      </w:tr>
      <w:tr>
        <w:tc>
          <w:tcPr>
            <w:tcW w:type="dxa" w:w="2948"/>
            <w:tcMar>
              <w:top w:w="60" w:type="dxa"/>
              <w:start w:w="80" w:type="dxa"/>
              <w:bottom w:w="60" w:type="dxa"/>
              <w:end w:w="8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/>
                <w:sz w:val="22"/>
              </w:rPr>
              <w:t>Голова зборів:</w:t>
            </w:r>
          </w:p>
        </w:tc>
        <w:tc>
          <w:tcPr>
            <w:tcW w:type="dxa" w:w="5669"/>
            <w:tcMar>
              <w:top w:w="60" w:type="dxa"/>
              <w:start w:w="80" w:type="dxa"/>
              <w:bottom w:w="60" w:type="dxa"/>
              <w:end w:w="8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sz w:val="22"/>
              </w:rPr>
              <w:t>____________________________________________</w:t>
            </w:r>
          </w:p>
        </w:tc>
      </w:tr>
      <w:tr>
        <w:tc>
          <w:tcPr>
            <w:tcW w:type="dxa" w:w="2948"/>
            <w:tcMar>
              <w:top w:w="60" w:type="dxa"/>
              <w:start w:w="80" w:type="dxa"/>
              <w:bottom w:w="60" w:type="dxa"/>
              <w:end w:w="8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/>
                <w:sz w:val="22"/>
              </w:rPr>
              <w:t>Секретар:</w:t>
            </w:r>
          </w:p>
        </w:tc>
        <w:tc>
          <w:tcPr>
            <w:tcW w:type="dxa" w:w="5669"/>
            <w:tcMar>
              <w:top w:w="60" w:type="dxa"/>
              <w:start w:w="80" w:type="dxa"/>
              <w:bottom w:w="60" w:type="dxa"/>
              <w:end w:w="8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sz w:val="22"/>
              </w:rPr>
              <w:t>____________________________________________</w:t>
            </w:r>
          </w:p>
        </w:tc>
      </w:tr>
      <w:tr>
        <w:tc>
          <w:tcPr>
            <w:tcW w:type="dxa" w:w="2948"/>
            <w:tcMar>
              <w:top w:w="60" w:type="dxa"/>
              <w:start w:w="80" w:type="dxa"/>
              <w:bottom w:w="60" w:type="dxa"/>
              <w:end w:w="8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/>
                <w:sz w:val="22"/>
              </w:rPr>
              <w:t>Класний керівник:</w:t>
            </w:r>
          </w:p>
        </w:tc>
        <w:tc>
          <w:tcPr>
            <w:tcW w:type="dxa" w:w="5669"/>
            <w:tcMar>
              <w:top w:w="60" w:type="dxa"/>
              <w:start w:w="80" w:type="dxa"/>
              <w:bottom w:w="60" w:type="dxa"/>
              <w:end w:w="8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sz w:val="22"/>
              </w:rPr>
              <w:t>____________________________________________</w:t>
            </w:r>
          </w:p>
        </w:tc>
      </w:tr>
    </w:tbl>
    <w:p>
      <w:pPr>
        <w:spacing w:before="160" w:after="80"/>
      </w:pPr>
      <w:r>
        <w:rPr>
          <w:rFonts w:ascii="Times New Roman" w:hAnsi="Times New Roman" w:eastAsia="Times New Roman"/>
          <w:b/>
          <w:sz w:val="24"/>
        </w:rPr>
        <w:t>ПОРЯДОК ДЕННИЙ</w:t>
      </w:r>
    </w:p>
    <w:p>
      <w:pPr>
        <w:spacing w:after="40"/>
      </w:pPr>
      <w:r>
        <w:t>1. ____________________________________________________________</w:t>
      </w:r>
    </w:p>
    <w:p>
      <w:pPr>
        <w:spacing w:after="40"/>
      </w:pPr>
      <w:r>
        <w:t>2. ____________________________________________________________</w:t>
      </w:r>
    </w:p>
    <w:p>
      <w:pPr>
        <w:spacing w:after="40"/>
      </w:pPr>
      <w:r>
        <w:t>3. ____________________________________________________________</w:t>
      </w:r>
    </w:p>
    <w:p>
      <w:pPr>
        <w:spacing w:after="40"/>
      </w:pPr>
      <w:r>
        <w:t>4. Різне.</w:t>
      </w:r>
    </w:p>
    <w:p>
      <w:pPr>
        <w:spacing w:before="160" w:after="80"/>
      </w:pPr>
      <w:r>
        <w:rPr>
          <w:rFonts w:ascii="Times New Roman" w:hAnsi="Times New Roman" w:eastAsia="Times New Roman"/>
          <w:b/>
          <w:sz w:val="24"/>
        </w:rPr>
        <w:t>1. З ПЕРШОГО ПИТАННЯ</w:t>
      </w:r>
    </w:p>
    <w:p>
      <w:r>
        <w:rPr>
          <w:b/>
        </w:rPr>
        <w:t>СЛУХАЛИ:</w:t>
      </w:r>
    </w:p>
    <w:p>
      <w:pPr>
        <w:spacing w:after="20" w:line="240" w:lineRule="auto"/>
      </w:pPr>
      <w:r>
        <w:rPr>
          <w:rFonts w:ascii="Times New Roman" w:hAnsi="Times New Roman" w:eastAsia="Times New Roman"/>
          <w:sz w:val="20"/>
        </w:rPr>
        <w:t>________________________________________________________________________________</w:t>
      </w:r>
    </w:p>
    <w:p>
      <w:pPr>
        <w:spacing w:after="20" w:line="240" w:lineRule="auto"/>
      </w:pPr>
      <w:r>
        <w:rPr>
          <w:rFonts w:ascii="Times New Roman" w:hAnsi="Times New Roman" w:eastAsia="Times New Roman"/>
          <w:sz w:val="20"/>
        </w:rPr>
        <w:t>________________________________________________________________________________</w:t>
      </w:r>
    </w:p>
    <w:p>
      <w:r>
        <w:rPr>
          <w:b/>
        </w:rPr>
        <w:t>ВИСТУПИЛИ:</w:t>
      </w:r>
    </w:p>
    <w:p>
      <w:pPr>
        <w:spacing w:after="20" w:line="240" w:lineRule="auto"/>
      </w:pPr>
      <w:r>
        <w:rPr>
          <w:rFonts w:ascii="Times New Roman" w:hAnsi="Times New Roman" w:eastAsia="Times New Roman"/>
          <w:sz w:val="20"/>
        </w:rPr>
        <w:t>________________________________________________________________________________</w:t>
      </w:r>
    </w:p>
    <w:p>
      <w:pPr>
        <w:spacing w:after="20" w:line="240" w:lineRule="auto"/>
      </w:pPr>
      <w:r>
        <w:rPr>
          <w:rFonts w:ascii="Times New Roman" w:hAnsi="Times New Roman" w:eastAsia="Times New Roman"/>
          <w:sz w:val="20"/>
        </w:rPr>
        <w:t>________________________________________________________________________________</w:t>
      </w:r>
    </w:p>
    <w:p>
      <w:r>
        <w:rPr>
          <w:b/>
        </w:rPr>
        <w:t>УХВАЛИЛИ:</w:t>
      </w:r>
    </w:p>
    <w:p>
      <w:r>
        <w:t>1. ________________________________________________________________</w:t>
      </w:r>
    </w:p>
    <w:p>
      <w:r>
        <w:t>2. ________________________________________________________________</w:t>
      </w:r>
    </w:p>
    <w:p>
      <w:pPr>
        <w:spacing w:before="160" w:after="80"/>
      </w:pPr>
      <w:r>
        <w:rPr>
          <w:rFonts w:ascii="Times New Roman" w:hAnsi="Times New Roman" w:eastAsia="Times New Roman"/>
          <w:b/>
          <w:sz w:val="24"/>
        </w:rPr>
        <w:t>2. З ДРУГОГО ПИТАННЯ</w:t>
      </w:r>
    </w:p>
    <w:p>
      <w:r>
        <w:rPr>
          <w:b/>
        </w:rPr>
        <w:t>СЛУХАЛИ:</w:t>
      </w:r>
    </w:p>
    <w:p>
      <w:pPr>
        <w:spacing w:after="20" w:line="240" w:lineRule="auto"/>
      </w:pPr>
      <w:r>
        <w:rPr>
          <w:rFonts w:ascii="Times New Roman" w:hAnsi="Times New Roman" w:eastAsia="Times New Roman"/>
          <w:sz w:val="20"/>
        </w:rPr>
        <w:t>________________________________________________________________________________</w:t>
      </w:r>
    </w:p>
    <w:p>
      <w:pPr>
        <w:spacing w:after="20" w:line="240" w:lineRule="auto"/>
      </w:pPr>
      <w:r>
        <w:rPr>
          <w:rFonts w:ascii="Times New Roman" w:hAnsi="Times New Roman" w:eastAsia="Times New Roman"/>
          <w:sz w:val="20"/>
        </w:rPr>
        <w:t>________________________________________________________________________________</w:t>
      </w:r>
    </w:p>
    <w:p>
      <w:r>
        <w:rPr>
          <w:b/>
        </w:rPr>
        <w:t>ВИСТУПИЛИ:</w:t>
      </w:r>
    </w:p>
    <w:p>
      <w:pPr>
        <w:spacing w:after="20" w:line="240" w:lineRule="auto"/>
      </w:pPr>
      <w:r>
        <w:rPr>
          <w:rFonts w:ascii="Times New Roman" w:hAnsi="Times New Roman" w:eastAsia="Times New Roman"/>
          <w:sz w:val="20"/>
        </w:rPr>
        <w:t>________________________________________________________________________________</w:t>
      </w:r>
    </w:p>
    <w:p>
      <w:pPr>
        <w:spacing w:after="20" w:line="240" w:lineRule="auto"/>
      </w:pPr>
      <w:r>
        <w:rPr>
          <w:rFonts w:ascii="Times New Roman" w:hAnsi="Times New Roman" w:eastAsia="Times New Roman"/>
          <w:sz w:val="20"/>
        </w:rPr>
        <w:t>________________________________________________________________________________</w:t>
      </w:r>
    </w:p>
    <w:p>
      <w:r>
        <w:rPr>
          <w:b/>
        </w:rPr>
        <w:t>УХВАЛИЛИ:</w:t>
      </w:r>
    </w:p>
    <w:p>
      <w:r>
        <w:t>1. ________________________________________________________________</w:t>
      </w:r>
    </w:p>
    <w:p>
      <w:r>
        <w:t>2. ________________________________________________________________</w:t>
      </w:r>
    </w:p>
    <w:p>
      <w:pPr>
        <w:spacing w:before="160" w:after="80"/>
      </w:pPr>
      <w:r>
        <w:rPr>
          <w:rFonts w:ascii="Times New Roman" w:hAnsi="Times New Roman" w:eastAsia="Times New Roman"/>
          <w:b/>
          <w:sz w:val="24"/>
        </w:rPr>
        <w:t>3. З ТРЕТЬОГО ПИТАННЯ</w:t>
      </w:r>
    </w:p>
    <w:p>
      <w:r>
        <w:rPr>
          <w:b/>
        </w:rPr>
        <w:t>СЛУХАЛИ:</w:t>
      </w:r>
    </w:p>
    <w:p>
      <w:pPr>
        <w:spacing w:after="20" w:line="240" w:lineRule="auto"/>
      </w:pPr>
      <w:r>
        <w:rPr>
          <w:rFonts w:ascii="Times New Roman" w:hAnsi="Times New Roman" w:eastAsia="Times New Roman"/>
          <w:sz w:val="20"/>
        </w:rPr>
        <w:t>________________________________________________________________________________</w:t>
      </w:r>
    </w:p>
    <w:p>
      <w:pPr>
        <w:spacing w:after="20" w:line="240" w:lineRule="auto"/>
      </w:pPr>
      <w:r>
        <w:rPr>
          <w:rFonts w:ascii="Times New Roman" w:hAnsi="Times New Roman" w:eastAsia="Times New Roman"/>
          <w:sz w:val="20"/>
        </w:rPr>
        <w:t>________________________________________________________________________________</w:t>
      </w:r>
    </w:p>
    <w:p>
      <w:r>
        <w:rPr>
          <w:b/>
        </w:rPr>
        <w:t>ВИСТУПИЛИ:</w:t>
      </w:r>
    </w:p>
    <w:p>
      <w:pPr>
        <w:spacing w:after="20" w:line="240" w:lineRule="auto"/>
      </w:pPr>
      <w:r>
        <w:rPr>
          <w:rFonts w:ascii="Times New Roman" w:hAnsi="Times New Roman" w:eastAsia="Times New Roman"/>
          <w:sz w:val="20"/>
        </w:rPr>
        <w:t>________________________________________________________________________________</w:t>
      </w:r>
    </w:p>
    <w:p>
      <w:r>
        <w:rPr>
          <w:b/>
        </w:rPr>
        <w:t>УХВАЛИЛИ:</w:t>
      </w:r>
    </w:p>
    <w:p>
      <w:r>
        <w:t>1. ________________________________________________________________</w:t>
      </w:r>
    </w:p>
    <w:p>
      <w:r>
        <w:t>2. ________________________________________________________________</w:t>
      </w:r>
    </w:p>
    <w:p>
      <w:pPr>
        <w:spacing w:before="160" w:after="80"/>
      </w:pPr>
      <w:r>
        <w:rPr>
          <w:rFonts w:ascii="Times New Roman" w:hAnsi="Times New Roman" w:eastAsia="Times New Roman"/>
          <w:b/>
          <w:sz w:val="24"/>
        </w:rPr>
        <w:t>4. РІЗНЕ</w:t>
      </w:r>
    </w:p>
    <w:p>
      <w:r>
        <w:rPr>
          <w:b/>
        </w:rPr>
        <w:t>Обговорили:</w:t>
      </w:r>
    </w:p>
    <w:p>
      <w:pPr>
        <w:spacing w:after="20" w:line="240" w:lineRule="auto"/>
      </w:pPr>
      <w:r>
        <w:rPr>
          <w:rFonts w:ascii="Times New Roman" w:hAnsi="Times New Roman" w:eastAsia="Times New Roman"/>
          <w:sz w:val="20"/>
        </w:rPr>
        <w:t>________________________________________________________________________________</w:t>
      </w:r>
    </w:p>
    <w:p>
      <w:pPr>
        <w:spacing w:after="20" w:line="240" w:lineRule="auto"/>
      </w:pPr>
      <w:r>
        <w:rPr>
          <w:rFonts w:ascii="Times New Roman" w:hAnsi="Times New Roman" w:eastAsia="Times New Roman"/>
          <w:sz w:val="20"/>
        </w:rPr>
        <w:t>________________________________________________________________________________</w:t>
      </w:r>
    </w:p>
    <w:p>
      <w:r>
        <w:rPr>
          <w:b/>
        </w:rPr>
        <w:t>Ухвалили:</w:t>
      </w:r>
    </w:p>
    <w:p>
      <w:pPr>
        <w:spacing w:after="20" w:line="240" w:lineRule="auto"/>
      </w:pPr>
      <w:r>
        <w:rPr>
          <w:rFonts w:ascii="Times New Roman" w:hAnsi="Times New Roman" w:eastAsia="Times New Roman"/>
          <w:sz w:val="20"/>
        </w:rPr>
        <w:t>________________________________________________________________________________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419"/>
        <w:gridCol w:w="3419"/>
        <w:gridCol w:w="3419"/>
      </w:tblGrid>
      <w:tr>
        <w:tc>
          <w:tcPr>
            <w:tcW w:type="dxa" w:w="2268"/>
            <w:tcMar>
              <w:top w:w="30" w:type="dxa"/>
              <w:start w:w="60" w:type="dxa"/>
              <w:bottom w:w="30" w:type="dxa"/>
              <w:end w:w="60" w:type="dxa"/>
            </w:tcMar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sz w:val="22"/>
              </w:rPr>
              <w:t>Голова зборів</w:t>
            </w:r>
          </w:p>
        </w:tc>
        <w:tc>
          <w:tcPr>
            <w:tcW w:type="dxa" w:w="2551"/>
            <w:tcMar>
              <w:top w:w="30" w:type="dxa"/>
              <w:start w:w="60" w:type="dxa"/>
              <w:bottom w:w="30" w:type="dxa"/>
              <w:end w:w="60" w:type="dxa"/>
            </w:tcMar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sz w:val="22"/>
              </w:rPr>
              <w:t>_____________</w:t>
            </w:r>
          </w:p>
        </w:tc>
        <w:tc>
          <w:tcPr>
            <w:tcW w:type="dxa" w:w="3402"/>
            <w:tcMar>
              <w:top w:w="30" w:type="dxa"/>
              <w:start w:w="60" w:type="dxa"/>
              <w:bottom w:w="30" w:type="dxa"/>
              <w:end w:w="60" w:type="dxa"/>
            </w:tcMar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sz w:val="22"/>
              </w:rPr>
              <w:t>/________________________/</w:t>
            </w:r>
          </w:p>
        </w:tc>
      </w:tr>
      <w:tr>
        <w:tc>
          <w:tcPr>
            <w:tcW w:type="dxa" w:w="2268"/>
            <w:tcMar>
              <w:top w:w="30" w:type="dxa"/>
              <w:start w:w="60" w:type="dxa"/>
              <w:bottom w:w="30" w:type="dxa"/>
              <w:end w:w="60" w:type="dxa"/>
            </w:tcMar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sz w:val="22"/>
              </w:rPr>
              <w:t>Секретар</w:t>
            </w:r>
          </w:p>
        </w:tc>
        <w:tc>
          <w:tcPr>
            <w:tcW w:type="dxa" w:w="2551"/>
            <w:tcMar>
              <w:top w:w="30" w:type="dxa"/>
              <w:start w:w="60" w:type="dxa"/>
              <w:bottom w:w="30" w:type="dxa"/>
              <w:end w:w="60" w:type="dxa"/>
            </w:tcMar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sz w:val="22"/>
              </w:rPr>
              <w:t>_____________</w:t>
            </w:r>
          </w:p>
        </w:tc>
        <w:tc>
          <w:tcPr>
            <w:tcW w:type="dxa" w:w="3402"/>
            <w:tcMar>
              <w:top w:w="30" w:type="dxa"/>
              <w:start w:w="60" w:type="dxa"/>
              <w:bottom w:w="30" w:type="dxa"/>
              <w:end w:w="60" w:type="dxa"/>
            </w:tcMar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sz w:val="22"/>
              </w:rPr>
              <w:t>/________________________/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964" w:right="850" w:bottom="964" w:left="1134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i/>
        <w:sz w:val="16"/>
      </w:rPr>
      <w:t>Шаблон можна адаптувати відповідно до внутрішніх правил закладу освіти.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76" w:lineRule="auto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spacing w:val="5"/>
      <w:kern w:val="28"/>
      <w:sz w:val="3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