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0"/>
      </w:pPr>
      <w:r>
        <w:rPr>
          <w:rFonts w:ascii="DejaVu Sans" w:hAnsi="DejaVu Sans"/>
          <w:b/>
          <w:color w:val="000000"/>
          <w:sz w:val="22"/>
        </w:rPr>
        <w:t>ОСВІТА+</w:t>
      </w:r>
    </w:p>
    <w:p>
      <w:pPr>
        <w:pStyle w:val="Title"/>
        <w:spacing w:before="0" w:after="140"/>
      </w:pPr>
      <w:r>
        <w:rPr>
          <w:rFonts w:ascii="DejaVu Sans" w:hAnsi="DejaVu Sans"/>
          <w:color w:val="000000"/>
        </w:rPr>
        <w:t>Портфоліо</w:t>
        <w:br/>
        <w:t>вчителя</w:t>
      </w:r>
    </w:p>
    <w:p>
      <w:pPr>
        <w:pStyle w:val="Subtitle"/>
        <w:spacing w:before="0" w:after="400"/>
      </w:pPr>
      <w:r>
        <w:rPr>
          <w:rFonts w:ascii="DejaVu Sans" w:hAnsi="DejaVu Sans"/>
          <w:color w:val="000000"/>
        </w:rPr>
        <w:t>Універсальний шаблон</w:t>
      </w:r>
    </w:p>
    <w:p>
      <w:pPr>
        <w:spacing w:before="0" w:after="480"/>
      </w:pPr>
      <w:r>
        <w:rPr>
          <w:rFonts w:ascii="DejaVu Sans" w:hAnsi="DejaVu Sans"/>
          <w:color w:val="000000"/>
          <w:sz w:val="24"/>
        </w:rPr>
        <w:t>Матеріали про педагогічну роботу, професійний розвиток і результати навчання учнів.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Повне ім’я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[Прізвище, ім’я та по батькові]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Посада та заклад освіти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[Предмет або початкові класи; повна назва закладу]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Період портфоліо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[Навчальний рік або інший період]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Початок роботи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1. Замініть текст у квадратних дужках власними відомостями.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2. Залиште потрібні розділи та додайте рядки до таблиць.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3. Долучіть кілька матеріалів, які підтверджують описану роботу.</w:t>
      </w:r>
    </w:p>
    <w:p>
      <w:pPr>
        <w:spacing w:before="0" w:after="100"/>
      </w:pPr>
      <w:r>
        <w:rPr>
          <w:rFonts w:ascii="DejaVu Sans" w:hAnsi="DejaVu Sans"/>
          <w:color w:val="000000"/>
          <w:sz w:val="20"/>
        </w:rPr>
        <w:t>4. Перед збереженням видаліть підказки та порожні блоки.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Для паперового заповнення використовуйте PDF. Фото на титульній сторінці можна додати за бажанням.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01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Відомості про вчителя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Додайте інформацію, яка стосується вашої педагогічної роботи.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Посада  </w:t>
      </w:r>
      <w:r>
        <w:rPr>
          <w:rFonts w:ascii="DejaVu Sans" w:hAnsi="DejaVu Sans"/>
          <w:color w:val="000000"/>
        </w:rPr>
        <w:t>[Впишіть посаду]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Освіта  </w:t>
      </w:r>
      <w:r>
        <w:rPr>
          <w:rFonts w:ascii="DejaVu Sans" w:hAnsi="DejaVu Sans"/>
          <w:color w:val="000000"/>
        </w:rPr>
        <w:t>[Заклад освіти, рік, спеціальність, кваліфікація]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Педагогічний стаж  </w:t>
      </w:r>
      <w:r>
        <w:rPr>
          <w:rFonts w:ascii="DejaVu Sans" w:hAnsi="DejaVu Sans"/>
          <w:color w:val="000000"/>
        </w:rPr>
        <w:t>[Кількість років і дата, станом на яку зазначено стаж]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Кваліфікаційна категорія  </w:t>
      </w:r>
      <w:r>
        <w:rPr>
          <w:rFonts w:ascii="DejaVu Sans" w:hAnsi="DejaVu Sans"/>
          <w:color w:val="000000"/>
        </w:rPr>
        <w:t>[За наявності]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Предмети та класи  </w:t>
      </w:r>
      <w:r>
        <w:rPr>
          <w:rFonts w:ascii="DejaVu Sans" w:hAnsi="DejaVu Sans"/>
          <w:color w:val="000000"/>
        </w:rPr>
        <w:t>[Предмети, курси та класи]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Професійне посилання  </w:t>
      </w:r>
      <w:r>
        <w:rPr>
          <w:rFonts w:ascii="DejaVu Sans" w:hAnsi="DejaVu Sans"/>
          <w:color w:val="000000"/>
        </w:rPr>
        <w:t>[Сайт, добірка матеріалів або робоча електронна адреса за бажанням]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Мій підхід до навчання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[Що важливо для вас у роботі з дітьми; 3–4 речення]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Моя педагогічна тема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[Конкретне педагогічне питання та очікувана зміна]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02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Методи та прийоми роботи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Пов’яжіть кожний прийом із конкретним завданням і способом спостереження за результатом.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1944"/>
        <w:gridCol w:w="4248"/>
        <w:gridCol w:w="3888"/>
      </w:tblGrid>
      <w:tr>
        <w:trPr>
          <w:trHeight w:val="576" w:hRule="atLeast"/>
          <w:tblHeader/>
          <w:cantSplit/>
        </w:trPr>
        <w:tc>
          <w:tcPr>
            <w:tcW w:type="dxa" w:w="194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Прийом</w:t>
            </w:r>
          </w:p>
        </w:tc>
        <w:tc>
          <w:tcPr>
            <w:tcW w:type="dxa" w:w="424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 застосовую</w:t>
            </w:r>
          </w:p>
        </w:tc>
        <w:tc>
          <w:tcPr>
            <w:tcW w:type="dxa" w:w="38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 відстежую результат</w:t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 прийому]</w:t>
            </w:r>
          </w:p>
        </w:tc>
        <w:tc>
          <w:tcPr>
            <w:tcW w:type="dxa" w:w="42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[Клас, тема, короткий опис дій учнів]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спостерігаєте або переглядаєте]</w:t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424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368" w:hRule="atLeast"/>
          <w:cantSplit/>
        </w:trPr>
        <w:tc>
          <w:tcPr>
            <w:tcW w:type="dxa" w:w="194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42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Підтримка учнів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 змінюєте завдання, інструкцію або темп роботи відповідно до потреб дітей]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хочу вдосконалити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[Один прийом або спосіб організації роботи]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03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Приклад уроку або заняття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Опишіть один власний приклад. Сторінку можна скопіювати для іншої роботи.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Тема  </w:t>
      </w:r>
      <w:r>
        <w:rPr>
          <w:rFonts w:ascii="DejaVu Sans" w:hAnsi="DejaVu Sans"/>
          <w:color w:val="000000"/>
        </w:rPr>
        <w:t>[Впишіть тему]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Клас і дата  </w:t>
      </w:r>
      <w:r>
        <w:rPr>
          <w:rFonts w:ascii="DejaVu Sans" w:hAnsi="DejaVu Sans"/>
          <w:color w:val="000000"/>
        </w:rPr>
        <w:t>[Клас або група, дата]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Мета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[Що учні мають навчитися робити]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Хід роботи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[Опишіть послідовність у 3–5 коротких реченнях]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помітила або помітив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[Конкретний результат і труднощі, які залишилися]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Матеріали до прикладу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[Назви файлів або номери додатків]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04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Результати навчання учнів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Вкажіть період і спосіб спостереження. Додавайте числа лише тоді, коли маєте власні записи для перевірки.</w:t>
      </w:r>
    </w:p>
    <w:p>
      <w:pPr>
        <w:spacing w:before="0" w:after="160"/>
      </w:pPr>
      <w:r>
        <w:rPr>
          <w:rFonts w:ascii="DejaVu Sans" w:hAnsi="DejaVu Sans"/>
          <w:color w:val="000000"/>
        </w:rPr>
      </w:r>
      <w:r>
        <w:rPr>
          <w:rFonts w:ascii="DejaVu Sans" w:hAnsi="DejaVu Sans"/>
          <w:b/>
          <w:color w:val="000000"/>
        </w:rPr>
        <w:t xml:space="preserve">Період  </w:t>
      </w:r>
      <w:r>
        <w:rPr>
          <w:rFonts w:ascii="DejaVu Sans" w:hAnsi="DejaVu Sans"/>
          <w:color w:val="000000"/>
        </w:rPr>
        <w:t>[Період спостережень]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88"/>
        <w:gridCol w:w="4536"/>
        <w:gridCol w:w="3456"/>
      </w:tblGrid>
      <w:tr>
        <w:trPr>
          <w:trHeight w:val="576" w:hRule="atLeast"/>
          <w:tblHeader/>
          <w:cantSplit/>
        </w:trPr>
        <w:tc>
          <w:tcPr>
            <w:tcW w:type="dxa" w:w="20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Що відстежую</w:t>
            </w:r>
          </w:p>
        </w:tc>
        <w:tc>
          <w:tcPr>
            <w:tcW w:type="dxa" w:w="45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Які зміни помічаю</w:t>
            </w:r>
          </w:p>
        </w:tc>
        <w:tc>
          <w:tcPr>
            <w:tcW w:type="dxa" w:w="34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Чим підтверджую</w:t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[Уміння або навчальне завдання]</w:t>
            </w:r>
          </w:p>
        </w:tc>
        <w:tc>
          <w:tcPr>
            <w:tcW w:type="dxa" w:w="45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помічали раніше та що бачите тепер]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[Робота, запис спостереження, посилання]</w:t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45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440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45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Висновок для подальшої роботи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[Якої підтримки учні потребують далі]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Участь у конкурсах або проєктах можна додати окремо: назва, дата, роль учнів, результат і підтвердження.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05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Професійний розвиток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Фіксуйте зміст навчання та його застосування. Відомості про організатора, години і документ беріть зі своїх підтверджень.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1109"/>
        <w:gridCol w:w="3024"/>
        <w:gridCol w:w="2376"/>
        <w:gridCol w:w="1224"/>
        <w:gridCol w:w="2347"/>
      </w:tblGrid>
      <w:tr>
        <w:trPr>
          <w:trHeight w:val="576" w:hRule="atLeast"/>
          <w:tblHeader/>
          <w:cantSplit/>
        </w:trPr>
        <w:tc>
          <w:tcPr>
            <w:tcW w:type="dxa" w:w="1109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Дата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Тема навчання</w:t>
            </w:r>
          </w:p>
        </w:tc>
        <w:tc>
          <w:tcPr>
            <w:tcW w:type="dxa" w:w="237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Організатор</w:t>
            </w:r>
          </w:p>
        </w:tc>
        <w:tc>
          <w:tcPr>
            <w:tcW w:type="dxa" w:w="12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Години</w:t>
            </w:r>
          </w:p>
        </w:tc>
        <w:tc>
          <w:tcPr>
            <w:tcW w:type="dxa" w:w="2347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Підтвердження</w:t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[Дата]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 курсу або заходу]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[Повна назва]</w:t>
            </w:r>
          </w:p>
        </w:tc>
        <w:tc>
          <w:tcPr>
            <w:tcW w:type="dxa" w:w="12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[Год]</w:t>
            </w:r>
          </w:p>
        </w:tc>
        <w:tc>
          <w:tcPr>
            <w:tcW w:type="dxa" w:w="2347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[Назва, номер або посилання]</w:t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37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2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347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238" w:hRule="atLeast"/>
          <w:cantSplit/>
        </w:trPr>
        <w:tc>
          <w:tcPr>
            <w:tcW w:type="dxa" w:w="1109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2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347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застосувала або застосував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[Оберіть одне навчання та опишіть конкретну зміну у своїй роботі]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Наступна потреба у навчанні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[Яке питання хочете опрацювати і навіщо]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06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Власні матеріали та обмін досвідом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Додайте кілька робіт, які найкраще показують ваш підхід. Для спільних матеріалів зазначте свою роль.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232"/>
        <w:gridCol w:w="3024"/>
        <w:gridCol w:w="2952"/>
        <w:gridCol w:w="1872"/>
      </w:tblGrid>
      <w:tr>
        <w:trPr>
          <w:trHeight w:val="576" w:hRule="atLeast"/>
          <w:tblHeader/>
          <w:cantSplit/>
        </w:trPr>
        <w:tc>
          <w:tcPr>
            <w:tcW w:type="dxa" w:w="223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Матеріал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Призначення</w:t>
            </w:r>
          </w:p>
        </w:tc>
        <w:tc>
          <w:tcPr>
            <w:tcW w:type="dxa" w:w="295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Мій внесок</w:t>
            </w:r>
          </w:p>
        </w:tc>
        <w:tc>
          <w:tcPr>
            <w:tcW w:type="dxa" w:w="187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Де переглянути</w:t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 роботи]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[Клас, тема, для чого матеріал]</w:t>
            </w:r>
          </w:p>
        </w:tc>
        <w:tc>
          <w:tcPr>
            <w:tcW w:type="dxa" w:w="295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[Авторство, співавторство або конкретний внесок]</w:t>
            </w:r>
          </w:p>
        </w:tc>
        <w:tc>
          <w:tcPr>
            <w:tcW w:type="dxa" w:w="187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[Файл або посилання]</w:t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95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87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440" w:hRule="atLeast"/>
          <w:cantSplit/>
        </w:trPr>
        <w:tc>
          <w:tcPr>
            <w:tcW w:type="dxa" w:w="223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95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87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варто знати про матеріали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 їх використати; які частини можна адаптувати]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Зворотний зв’язок від колег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[Конкретна порада або зміна після обговорення]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07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Позаурочна робота та співпраця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Залиште ті напрями, які відповідають вашій роботі. Показуйте власну роль і конкретний результат.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16"/>
        <w:gridCol w:w="2880"/>
        <w:gridCol w:w="2736"/>
        <w:gridCol w:w="2448"/>
      </w:tblGrid>
      <w:tr>
        <w:trPr>
          <w:trHeight w:val="576" w:hRule="atLeast"/>
          <w:tblHeader/>
          <w:cantSplit/>
        </w:trPr>
        <w:tc>
          <w:tcPr>
            <w:tcW w:type="dxa" w:w="201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Робота</w:t>
            </w:r>
          </w:p>
        </w:tc>
        <w:tc>
          <w:tcPr>
            <w:tcW w:type="dxa" w:w="2880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Зміст</w:t>
            </w:r>
          </w:p>
        </w:tc>
        <w:tc>
          <w:tcPr>
            <w:tcW w:type="dxa" w:w="27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Моя роль</w:t>
            </w:r>
          </w:p>
        </w:tc>
        <w:tc>
          <w:tcPr>
            <w:tcW w:type="dxa" w:w="244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Результат</w:t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[Захід або напрям]</w:t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відбулося і для кого]</w:t>
            </w:r>
          </w:p>
        </w:tc>
        <w:tc>
          <w:tcPr>
            <w:tcW w:type="dxa" w:w="27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[Що саме зробили ви]</w:t>
            </w:r>
          </w:p>
        </w:tc>
        <w:tc>
          <w:tcPr>
            <w:tcW w:type="dxa" w:w="24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[Матеріал або спостереження]</w:t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880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7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44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656" w:hRule="atLeast"/>
          <w:cantSplit/>
        </w:trPr>
        <w:tc>
          <w:tcPr>
            <w:tcW w:type="dxa" w:w="201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880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7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244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продовжу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[Який формат співпраці виявився корисним і як його розвиватимете]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08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Самоаналіз та подальші плани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вдалося</w:t>
      </w:r>
    </w:p>
    <w:p>
      <w:pPr>
        <w:spacing w:before="0" w:after="100"/>
      </w:pPr>
      <w:r>
        <w:rPr>
          <w:rFonts w:ascii="DejaVu Sans" w:hAnsi="DejaVu Sans"/>
          <w:color w:val="56616A"/>
        </w:rPr>
        <w:t>[Два конкретні результати вашої роботи]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Що потребує уваги</w:t>
      </w:r>
    </w:p>
    <w:p>
      <w:pPr>
        <w:spacing w:before="0" w:after="100"/>
      </w:pPr>
      <w:r>
        <w:rPr>
          <w:rFonts w:ascii="DejaVu Sans" w:hAnsi="DejaVu Sans"/>
          <w:color w:val="56616A"/>
        </w:rPr>
        <w:t>[Складність, яку помітили, та її можливі причини]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spacing w:before="0" w:after="40" w:line="240" w:lineRule="auto"/>
        <w:pBdr>
          <w:bottom w:val="single" w:sz="3" w:color="D9D9D9"/>
        </w:pBdr>
      </w:pPr>
      <w:r>
        <w:rPr>
          <w:rFonts w:ascii="DejaVu Sans" w:hAnsi="DejaVu Sans"/>
          <w:color w:val="000000"/>
        </w:rPr>
        <w:t xml:space="preserve"> </w:t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План наступних кроків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2088"/>
        <w:gridCol w:w="3456"/>
        <w:gridCol w:w="1512"/>
        <w:gridCol w:w="3024"/>
      </w:tblGrid>
      <w:tr>
        <w:trPr>
          <w:trHeight w:val="576" w:hRule="atLeast"/>
          <w:tblHeader/>
          <w:cantSplit/>
        </w:trPr>
        <w:tc>
          <w:tcPr>
            <w:tcW w:type="dxa" w:w="20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Мета</w:t>
            </w:r>
          </w:p>
        </w:tc>
        <w:tc>
          <w:tcPr>
            <w:tcW w:type="dxa" w:w="34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Дія</w:t>
            </w:r>
          </w:p>
        </w:tc>
        <w:tc>
          <w:tcPr>
            <w:tcW w:type="dxa" w:w="1512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Коли</w:t>
            </w:r>
          </w:p>
        </w:tc>
        <w:tc>
          <w:tcPr>
            <w:tcW w:type="dxa" w:w="3024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Ознака результату</w:t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[Мета]</w:t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[Один конкретний крок]</w:t>
            </w:r>
          </w:p>
        </w:tc>
        <w:tc>
          <w:tcPr>
            <w:tcW w:type="dxa" w:w="151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[Термін]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[Як зрозумієте, що є поступ]</w:t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512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1181" w:hRule="atLeast"/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4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1512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r>
        <w:br w:type="page"/>
      </w:r>
    </w:p>
    <w:p>
      <w:pPr>
        <w:spacing w:before="0" w:after="120"/>
      </w:pPr>
      <w:r>
        <w:rPr>
          <w:rFonts w:ascii="DejaVu Sans" w:hAnsi="DejaVu Sans"/>
          <w:b/>
          <w:color w:val="254D68"/>
          <w:sz w:val="20"/>
        </w:rPr>
        <w:t>09</w:t>
      </w:r>
    </w:p>
    <w:p>
      <w:pPr>
        <w:pStyle w:val="Heading1"/>
        <w:spacing w:before="0" w:after="140"/>
      </w:pPr>
      <w:r>
        <w:rPr>
          <w:rFonts w:ascii="DejaVu Sans" w:hAnsi="DejaVu Sans"/>
          <w:color w:val="000000"/>
        </w:rPr>
        <w:t>Додатки та перевірка портфоліо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Додатки зберігайте окремими файлами або розмістіть після основних сторінок. Номер у тексті має відповідати номеру в переліку.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100" w:type="dxa"/>
          <w:bottom w:w="100" w:type="dxa"/>
          <w:left w:w="110" w:type="dxa"/>
          <w:right w:w="110" w:type="dxa"/>
        </w:tblCellMar>
      </w:tblPr>
      <w:tblGrid>
        <w:gridCol w:w="936"/>
        <w:gridCol w:w="5256"/>
        <w:gridCol w:w="3888"/>
      </w:tblGrid>
      <w:tr>
        <w:trPr>
          <w:trHeight w:val="576" w:hRule="atLeast"/>
          <w:tblHeader/>
          <w:cantSplit/>
        </w:trPr>
        <w:tc>
          <w:tcPr>
            <w:tcW w:type="dxa" w:w="93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№</w:t>
            </w:r>
          </w:p>
        </w:tc>
        <w:tc>
          <w:tcPr>
            <w:tcW w:type="dxa" w:w="5256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Матеріал</w:t>
            </w:r>
          </w:p>
        </w:tc>
        <w:tc>
          <w:tcPr>
            <w:tcW w:type="dxa" w:w="3888"/>
            <w:vAlign w:val="center"/>
            <w:shd w:fill="254D6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/>
                <w:color w:val="FFFFFF"/>
                <w:sz w:val="20"/>
              </w:rPr>
              <w:t>До якого розділу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01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[Назва файла або матеріалу]</w:t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[Розділ портфоліо]</w:t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02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03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04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05</w:t>
            </w:r>
          </w:p>
        </w:tc>
        <w:tc>
          <w:tcPr>
            <w:tcW w:type="dxa" w:w="5256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FFFFF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  <w:tr>
        <w:trPr>
          <w:trHeight w:val="619" w:hRule="atLeast"/>
          <w:cantSplit/>
        </w:trPr>
        <w:tc>
          <w:tcPr>
            <w:tcW w:type="dxa" w:w="93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  <w:t>06</w:t>
            </w:r>
          </w:p>
        </w:tc>
        <w:tc>
          <w:tcPr>
            <w:tcW w:type="dxa" w:w="5256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  <w:tc>
          <w:tcPr>
            <w:tcW w:type="dxa" w:w="3888"/>
            <w:vAlign w:val="center"/>
            <w:shd w:fill="F0F5F8"/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color w:val="000000"/>
                <w:sz w:val="20"/>
              </w:rPr>
            </w:r>
          </w:p>
        </w:tc>
      </w:tr>
    </w:tbl>
    <w:p>
      <w:pPr>
        <w:spacing w:before="0" w:after="20"/>
      </w:pPr>
      <w:r>
        <w:rPr>
          <w:rFonts w:ascii="DejaVu Sans" w:hAnsi="DejaVu Sans"/>
          <w:color w:val="000000"/>
          <w:sz w:val="6"/>
        </w:rPr>
      </w:r>
    </w:p>
    <w:p>
      <w:pPr>
        <w:pStyle w:val="Heading2"/>
        <w:spacing w:before="200" w:after="140"/>
      </w:pPr>
      <w:r>
        <w:rPr>
          <w:rFonts w:ascii="DejaVu Sans" w:hAnsi="DejaVu Sans"/>
          <w:color w:val="000000"/>
        </w:rPr>
        <w:t>Перед використанням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Перевірте ПІБ, назву закладу, посаду та період портфоліо.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Залиште лише власні факти та підтверджені результати.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Приберіть підказки, порожні рядки та непотрібні розділи.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Перевірте назви додатків і доступність посилань.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Для відкритої публікації використовуйте знеособлені роботи учнів.</w:t>
      </w:r>
    </w:p>
    <w:p>
      <w:pPr>
        <w:spacing w:before="0" w:after="120"/>
      </w:pPr>
      <w:r>
        <w:rPr>
          <w:rFonts w:ascii="DejaVu Sans" w:hAnsi="DejaVu Sans"/>
          <w:color w:val="000000"/>
          <w:sz w:val="20"/>
        </w:rPr>
        <w:t>□  Перегляньте сторінки після збереження у PDF.</w:t>
      </w:r>
    </w:p>
    <w:p>
      <w:pPr>
        <w:spacing w:before="0" w:after="200"/>
      </w:pPr>
      <w:r>
        <w:rPr>
          <w:rFonts w:ascii="DejaVu Sans" w:hAnsi="DejaVu Sans"/>
          <w:color w:val="56616A"/>
          <w:sz w:val="19"/>
        </w:rPr>
        <w:t>Це авторський зразок Освіта+. Структуру можна змінювати відповідно до мети портфоліо та власної роботи.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403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08" w:val="right"/>
      </w:tabs>
      <w:spacing w:before="0" w:after="0"/>
    </w:pPr>
    <w:r>
      <w:rPr>
        <w:rFonts w:ascii="DejaVu Sans" w:hAnsi="DejaVu Sans"/>
        <w:color w:val="56616A"/>
        <w:sz w:val="16"/>
      </w:rPr>
      <w:t>Освіта+  /  Універсальний шаблон</w:t>
    </w:r>
    <w:r>
      <w:rPr>
        <w:rFonts w:ascii="DejaVu Sans" w:hAnsi="DejaVu Sans"/>
        <w:color w:val="000000"/>
        <w:sz w:val="16"/>
      </w:rPr>
      <w:tab/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140"/>
    </w:pPr>
    <w:rPr>
      <w:rFonts w:ascii="DejaVu Sans" w:hAnsi="DejaVu Sans"/>
      <w:color w:val="000000"/>
      <w:sz w:val="22"/>
      <w:lang w:val="uk-U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6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000000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i/>
      <w:iCs/>
      <w:color w:val="00000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Портфоліо вчителя</dc:title>
  <dc:subject>Універсальний шаблон</dc:subject>
  <dc:creator>Освіта+</dc:creator>
  <cp:keywords>портфоліо вчителя, зразок, шаблон, Освіта+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