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268"/>
      </w:tblGrid>
      <w:tr>
        <w:tc>
          <w:tcPr>
            <w:tcW w:type="dxa" w:w="10426"/>
            <w:shd w:fill="1F4D78"/>
            <w:tcMar>
              <w:top w:w="90" w:type="dxa"/>
              <w:start w:w="150" w:type="dxa"/>
              <w:bottom w:w="90" w:type="dxa"/>
              <w:end w:w="15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ПОРТФОЛІО УЧНЯ</w:t>
            </w:r>
          </w:p>
        </w:tc>
      </w:tr>
    </w:tbl>
    <w:p>
      <w:pPr>
        <w:spacing w:after="0"/>
      </w:pPr>
    </w:p>
    <w:p>
      <w:pPr>
        <w:spacing w:before="700" w:after="100"/>
      </w:pPr>
      <w:r>
        <w:rPr>
          <w:rFonts w:ascii="Arial" w:hAnsi="Arial"/>
          <w:b/>
          <w:color w:val="1F4D78"/>
          <w:sz w:val="62"/>
        </w:rPr>
        <w:t>МОЄ ПОРТФОЛІО</w:t>
      </w:r>
    </w:p>
    <w:p>
      <w:pPr>
        <w:spacing w:after="400"/>
      </w:pPr>
      <w:r>
        <w:rPr>
          <w:rFonts w:ascii="Arial" w:hAnsi="Arial"/>
          <w:color w:val="536273"/>
          <w:sz w:val="30"/>
        </w:rPr>
        <w:t>Мої цілі • роботи • досягнення • підсумки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FFF8E8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single" w:sz="4" w:color="DCE5EC"/>
              <w:left w:val="single" w:sz="18" w:color="B58A2A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rFonts w:ascii="Arial" w:hAnsi="Arial"/>
                <w:color w:val="536273"/>
                <w:sz w:val="20"/>
              </w:rPr>
              <w:t>Цей шаблон допомагає зібрати в одному місці важливі роботи, навчальні результати та особисті досягнення. Заповнюй його поступово протягом навчального року.</w:t>
            </w:r>
          </w:p>
        </w:tc>
      </w:tr>
    </w:tbl>
    <w:p>
      <w:pPr>
        <w:spacing w:after="0"/>
      </w:pPr>
    </w:p>
    <w:p>
      <w:pPr>
        <w:spacing w:after="140"/>
      </w:pPr>
    </w:p>
    <w:p>
      <w:pPr>
        <w:spacing w:after="140"/>
      </w:pPr>
      <w:r>
        <w:rPr>
          <w:rFonts w:ascii="Arial" w:hAnsi="Arial"/>
          <w:b/>
          <w:color w:val="273442"/>
          <w:sz w:val="21"/>
        </w:rPr>
        <w:t xml:space="preserve">Прізвище та ім’я:  </w:t>
      </w:r>
      <w:r>
        <w:rPr>
          <w:rFonts w:ascii="Arial" w:hAnsi="Arial"/>
          <w:color w:val="536273"/>
          <w:sz w:val="21"/>
        </w:rPr>
        <w:t>____________________________________________________</w:t>
      </w:r>
    </w:p>
    <w:p>
      <w:pPr>
        <w:spacing w:after="140"/>
      </w:pPr>
      <w:r>
        <w:rPr>
          <w:rFonts w:ascii="Arial" w:hAnsi="Arial"/>
          <w:b/>
          <w:color w:val="273442"/>
          <w:sz w:val="21"/>
        </w:rPr>
        <w:t xml:space="preserve">Клас:  </w:t>
      </w:r>
      <w:r>
        <w:rPr>
          <w:rFonts w:ascii="Arial" w:hAnsi="Arial"/>
          <w:color w:val="536273"/>
          <w:sz w:val="21"/>
        </w:rPr>
        <w:t>____________________________________________________________________</w:t>
      </w:r>
    </w:p>
    <w:p>
      <w:pPr>
        <w:spacing w:after="140"/>
      </w:pPr>
      <w:r>
        <w:rPr>
          <w:rFonts w:ascii="Arial" w:hAnsi="Arial"/>
          <w:b/>
          <w:color w:val="273442"/>
          <w:sz w:val="21"/>
        </w:rPr>
        <w:t xml:space="preserve">Заклад освіти:  </w:t>
      </w:r>
      <w:r>
        <w:rPr>
          <w:rFonts w:ascii="Arial" w:hAnsi="Arial"/>
          <w:color w:val="536273"/>
          <w:sz w:val="21"/>
        </w:rPr>
        <w:t>_______________________________________________________</w:t>
      </w:r>
    </w:p>
    <w:p>
      <w:pPr>
        <w:spacing w:after="140"/>
      </w:pPr>
      <w:r>
        <w:rPr>
          <w:rFonts w:ascii="Arial" w:hAnsi="Arial"/>
          <w:b/>
          <w:color w:val="273442"/>
          <w:sz w:val="21"/>
        </w:rPr>
        <w:t xml:space="preserve">Навчальний рік:  </w:t>
      </w:r>
      <w:r>
        <w:rPr>
          <w:rFonts w:ascii="Arial" w:hAnsi="Arial"/>
          <w:color w:val="536273"/>
          <w:sz w:val="21"/>
        </w:rPr>
        <w:t>______________________________________________________</w:t>
      </w:r>
    </w:p>
    <w:p>
      <w:pPr>
        <w:pStyle w:val="PortfolioH2"/>
      </w:pPr>
      <w:r>
        <w:t>Місце для фото або власного малюнка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2835" w:hRule="exact"/>
        </w:trPr>
        <w:tc>
          <w:tcPr>
            <w:tcW w:type="dxa" w:w="10426"/>
            <w:vAlign w:val="top"/>
            <w:shd w:fill="F6F9FC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02</w:t>
      </w:r>
    </w:p>
    <w:p>
      <w:pPr>
        <w:pStyle w:val="PortfolioH1"/>
      </w:pPr>
      <w:r>
        <w:t>Про мене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Коротко про те, що робить мене мною.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6F9FC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Мені подобається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Заняття, теми, справи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Мої сильні сторони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Що в мене виходить добре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Мені цікаво дізнатися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Про що хочу знати більше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6F9FC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Я хочу навчитися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Нова навичка або вміння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</w:tr>
    </w:tbl>
    <w:p>
      <w:pPr>
        <w:spacing w:after="0"/>
      </w:pPr>
    </w:p>
    <w:p>
      <w:pPr>
        <w:pStyle w:val="PortfolioH2"/>
      </w:pPr>
      <w:r>
        <w:t>Три слова, якими я можу себе описати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361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Що для мене важливо у школі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2041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03</w:t>
      </w:r>
    </w:p>
    <w:p>
      <w:pPr>
        <w:pStyle w:val="PortfolioH1"/>
      </w:pPr>
      <w:r>
        <w:t>Мої цілі на навчальний рік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Не просто бажання, а конкретні кроки до результату.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3969"/>
        <w:gridCol w:w="2891"/>
      </w:tblGrid>
      <w:tr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Моя ціль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Що я для цього зроблю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Як зрозумію, що вдалося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З чого я почну вже цього місяця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474" w:hRule="exact"/>
        </w:trPr>
        <w:tc>
          <w:tcPr>
            <w:tcW w:type="dxa" w:w="10426"/>
            <w:vAlign w:val="top"/>
            <w:shd w:fill="FFF8E8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EEF5FB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single" w:sz="4" w:color="DCE5EC"/>
              <w:left w:val="single" w:sz="18" w:color="1F4D78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rFonts w:ascii="Arial" w:hAnsi="Arial"/>
                <w:color w:val="536273"/>
                <w:sz w:val="20"/>
              </w:rPr>
              <w:t>Порада: краще обрати 2–4 реальні цілі, ніж складати довгий список, до якого потім не повертаєшся.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04</w:t>
      </w:r>
    </w:p>
    <w:p>
      <w:pPr>
        <w:pStyle w:val="PortfolioH1"/>
      </w:pPr>
      <w:r>
        <w:t>Мій навчальний прогрес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Фіксуй не лише оцінки, а й те, чого ти навчився/навчилася.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3855"/>
        <w:gridCol w:w="3572"/>
      </w:tblGrid>
      <w:tr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Предмет / напрям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Що вже виходить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Що хочу покращити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Мій результат, яким я особливо пишаюся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531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05</w:t>
      </w:r>
    </w:p>
    <w:p>
      <w:pPr>
        <w:pStyle w:val="PortfolioH1"/>
      </w:pPr>
      <w:r>
        <w:t>Мої проєкти та найкращі роботи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Додавай сюди проєкти, дослідження, презентації, творчі або практичні роботи.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3402"/>
        <w:gridCol w:w="2891"/>
        <w:gridCol w:w="794"/>
      </w:tblGrid>
      <w:tr>
        <w:tc>
          <w:tcPr>
            <w:tcW w:type="dxa" w:w="2606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Назва роботи / проєкту</w:t>
            </w:r>
          </w:p>
        </w:tc>
        <w:tc>
          <w:tcPr>
            <w:tcW w:type="dxa" w:w="2606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Що я робив/робила</w:t>
            </w:r>
          </w:p>
        </w:tc>
        <w:tc>
          <w:tcPr>
            <w:tcW w:type="dxa" w:w="2606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Що вдалося</w:t>
            </w:r>
          </w:p>
        </w:tc>
        <w:tc>
          <w:tcPr>
            <w:tcW w:type="dxa" w:w="2606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Дата</w:t>
            </w:r>
          </w:p>
        </w:tc>
      </w:tr>
      <w:tr>
        <w:trPr>
          <w:trHeight w:val="522" w:hRule="exact"/>
        </w:trPr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2606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Моя улюблена робота цього року — чому я її обрав/обрала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871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06</w:t>
      </w:r>
    </w:p>
    <w:p>
      <w:pPr>
        <w:pStyle w:val="PortfolioH1"/>
      </w:pPr>
      <w:r>
        <w:t>Мої досягнення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Навчання, конкурси, спорт, творчість, волонтерство — усе, чим хочеться пишатися.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4025"/>
        <w:gridCol w:w="1304"/>
      </w:tblGrid>
      <w:tr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Подія / досягнення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Результат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Коли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Що допомогло мені цього досягти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701" w:hRule="exact"/>
        </w:trPr>
        <w:tc>
          <w:tcPr>
            <w:tcW w:type="dxa" w:w="10426"/>
            <w:vAlign w:val="top"/>
            <w:shd w:fill="FFF8E8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07</w:t>
      </w:r>
    </w:p>
    <w:p>
      <w:pPr>
        <w:pStyle w:val="PortfolioH1"/>
      </w:pPr>
      <w:r>
        <w:t>Грамоти, сертифікати та відзнаки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Місце для копій, фото або короткого переліку.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9"/>
        <w:gridCol w:w="4535"/>
        <w:gridCol w:w="1474"/>
      </w:tblGrid>
      <w:tr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Назва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За що отримано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Дата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Вклей або встав сюди одну важливу грамоту / сертифікат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3118" w:hRule="exact"/>
        </w:trPr>
        <w:tc>
          <w:tcPr>
            <w:tcW w:type="dxa" w:w="10426"/>
            <w:vAlign w:val="top"/>
            <w:shd w:fill="F6F9FC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08</w:t>
      </w:r>
    </w:p>
    <w:p>
      <w:pPr>
        <w:pStyle w:val="PortfolioH1"/>
      </w:pPr>
      <w:r>
        <w:t>Мій читацький щоденник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Коротко фіксуй книги, які справді запам’яталися.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272"/>
        <w:gridCol w:w="1191"/>
      </w:tblGrid>
      <w:tr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Книга / автор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Що запам’яталося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Моя оцінка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Книга, яку я порадив/порадила б іншому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531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09</w:t>
      </w:r>
    </w:p>
    <w:p>
      <w:pPr>
        <w:pStyle w:val="PortfolioH1"/>
      </w:pPr>
      <w:r>
        <w:t>Моє шкільне життя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Події, екскурсії, командні справи та моменти, які хочеться зберегти.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pStyle w:val="PortfolioH2"/>
      </w:pPr>
      <w:r>
        <w:t>Подія, яку я запам’ятаю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2324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Місце для фото або малюнка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2324" w:hRule="exact"/>
        </w:trPr>
        <w:tc>
          <w:tcPr>
            <w:tcW w:type="dxa" w:w="10426"/>
            <w:vAlign w:val="top"/>
            <w:shd w:fill="F6F9FC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Що нового я дізнався/дізналася або спробував/спробувала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474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10</w:t>
      </w:r>
    </w:p>
    <w:p>
      <w:pPr>
        <w:pStyle w:val="PortfolioH1"/>
      </w:pPr>
      <w:r>
        <w:t>Командна робота і добрі справи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Портфоліо — це не лише індивідуальні результати.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2551"/>
        <w:gridCol w:w="4309"/>
      </w:tblGrid>
      <w:tr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Справа / подія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Моя роль</w:t>
            </w:r>
          </w:p>
        </w:tc>
        <w:tc>
          <w:tcPr>
            <w:tcW w:type="dxa" w:w="3475"/>
            <w:shd w:fill="1F4D78"/>
            <w:tcMar>
              <w:top w:w="110" w:type="dxa"/>
              <w:start w:w="90" w:type="dxa"/>
              <w:bottom w:w="110" w:type="dxa"/>
              <w:end w:w="90" w:type="dxa"/>
            </w:tcMar>
            <w:vAlign w:val="center"/>
            <w:tcBorders>
              <w:top w:val="single" w:sz="4" w:color="1F4D78"/>
              <w:left w:val="single" w:sz="4" w:color="FFFFFF"/>
              <w:bottom w:val="single" w:sz="4" w:color="1F4D78"/>
              <w:right w:val="single" w:sz="4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Що ми зробили разом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6F9FC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  <w:tr>
        <w:trPr>
          <w:trHeight w:val="522" w:hRule="exact"/>
        </w:trPr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type="dxa" w:w="3475"/>
            <w:tcMar>
              <w:top w:w="120" w:type="dxa"/>
              <w:start w:w="90" w:type="dxa"/>
              <w:bottom w:w="120" w:type="dxa"/>
              <w:end w:w="90" w:type="dxa"/>
            </w:tcMar>
            <w:vAlign w:val="top"/>
            <w:shd w:fill="FFFFFF"/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</w:tcPr>
          <w:p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Який внесок у спільну справу мені сподобався найбільше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701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11</w:t>
      </w:r>
    </w:p>
    <w:p>
      <w:pPr>
        <w:pStyle w:val="PortfolioH1"/>
      </w:pPr>
      <w:r>
        <w:t>Мої захоплення та досягнення поза школою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Спорт, музика, творчість, техніка, гуртки, власні проєкти — усе важливе.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6F9FC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Моє захоплення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Чим люблю займатися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Я вже вмію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Мої навички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Мій найкращий результат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Що вдалося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6F9FC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Хочу спробувати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Новий напрям або заняття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</w:tr>
    </w:tbl>
    <w:p>
      <w:pPr>
        <w:spacing w:after="0"/>
      </w:pPr>
    </w:p>
    <w:p>
      <w:pPr>
        <w:pStyle w:val="PortfolioH2"/>
      </w:pPr>
      <w:r>
        <w:t>Місце для фото, малюнка або прикладу роботи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2268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12</w:t>
      </w:r>
    </w:p>
    <w:p>
      <w:pPr>
        <w:pStyle w:val="PortfolioH1"/>
      </w:pPr>
      <w:r>
        <w:t>Моя самооцінка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Коротка рефлексія: що змінилося і що допомагає рухатися далі.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6F9FC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Я став/стала краще…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У чому бачу свій прогрес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Найскладніше для мене…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Що поки потребує зусиль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</w:tr>
      <w:tr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FFFFF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Мені допомагає…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Люди, способи, звички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  <w:tc>
          <w:tcPr>
            <w:tcW w:type="dxa" w:w="5213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4" w:color="DCE5EC"/>
              <w:left w:val="single" w:sz="4" w:color="DCE5EC"/>
              <w:bottom w:val="single" w:sz="4" w:color="DCE5EC"/>
              <w:right w:val="single" w:sz="4" w:color="DCE5EC"/>
            </w:tcBorders>
            <w:shd w:fill="F6F9FC"/>
          </w:tcPr>
          <w:p>
            <w:pPr>
              <w:spacing w:after="40"/>
            </w:pPr>
            <w:r>
              <w:rPr>
                <w:rFonts w:ascii="Arial" w:hAnsi="Arial"/>
                <w:b/>
                <w:color w:val="173A5B"/>
                <w:sz w:val="20"/>
              </w:rPr>
              <w:t>Наступний крок…</w:t>
            </w:r>
          </w:p>
          <w:p>
            <w:pPr>
              <w:spacing w:after="20"/>
            </w:pPr>
            <w:r>
              <w:rPr>
                <w:rFonts w:ascii="Arial" w:hAnsi="Arial"/>
                <w:color w:val="536273"/>
                <w:sz w:val="18"/>
              </w:rPr>
              <w:t>Що хочу зробити далі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/>
                <w:color w:val="B4BEC8"/>
                <w:sz w:val="16"/>
              </w:rPr>
              <w:t>________________________________________________</w:t>
            </w:r>
          </w:p>
        </w:tc>
      </w:tr>
    </w:tbl>
    <w:p>
      <w:pPr>
        <w:spacing w:after="0"/>
      </w:pPr>
    </w:p>
    <w:p>
      <w:pPr>
        <w:pStyle w:val="PortfolioH2"/>
      </w:pPr>
      <w:r>
        <w:t>Відгук учителя / класного керівника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814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Мій коментар до відгуку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361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13</w:t>
      </w:r>
    </w:p>
    <w:p>
      <w:pPr>
        <w:pStyle w:val="PortfolioH1"/>
      </w:pPr>
      <w:r>
        <w:t>Підсумки року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Порівняй себе не з іншими, а із собою на початку року.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pStyle w:val="PortfolioH2"/>
      </w:pPr>
      <w:r>
        <w:t>Три речі, яких я навчився/навчилася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587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Моє найбільше досягнення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587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Що я зробив/зробила б інакше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587" w:hRule="exact"/>
        </w:trPr>
        <w:tc>
          <w:tcPr>
            <w:tcW w:type="dxa" w:w="10426"/>
            <w:vAlign w:val="top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Моя ціль на наступний навчальний рік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1587" w:hRule="exact"/>
        </w:trPr>
        <w:tc>
          <w:tcPr>
            <w:tcW w:type="dxa" w:w="10426"/>
            <w:vAlign w:val="top"/>
            <w:shd w:fill="FFF8E8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Arial" w:hAnsi="Arial"/>
          <w:b/>
          <w:color w:val="B58A2A"/>
          <w:sz w:val="18"/>
        </w:rPr>
        <w:t>14</w:t>
      </w:r>
    </w:p>
    <w:p>
      <w:pPr>
        <w:pStyle w:val="PortfolioH1"/>
      </w:pPr>
      <w:r>
        <w:t>Мої матеріали</w:t>
      </w:r>
    </w:p>
    <w:p>
      <w:pPr>
        <w:spacing w:after="200"/>
      </w:pPr>
      <w:r>
        <w:rPr>
          <w:rFonts w:ascii="Arial" w:hAnsi="Arial"/>
          <w:color w:val="536273"/>
          <w:sz w:val="21"/>
        </w:rPr>
        <w:t>Сюди можна додати роботи, фото, дипломи, відгуки або інші матеріали.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B58A2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pPr>
        <w:pStyle w:val="PortfolioH2"/>
      </w:pPr>
      <w:r>
        <w:t>Матеріал 1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3515" w:hRule="exact"/>
        </w:trPr>
        <w:tc>
          <w:tcPr>
            <w:tcW w:type="dxa" w:w="10426"/>
            <w:vAlign w:val="top"/>
            <w:shd w:fill="F6F9FC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p>
      <w:pPr>
        <w:pStyle w:val="PortfolioH2"/>
      </w:pPr>
      <w:r>
        <w:t>Матеріал 2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rPr>
          <w:trHeight w:val="3515" w:hRule="exact"/>
        </w:trPr>
        <w:tc>
          <w:tcPr>
            <w:tcW w:type="dxa" w:w="10426"/>
            <w:vAlign w:val="top"/>
            <w:shd w:fill="F6F9FC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6" w:color="DCE5EC"/>
              <w:left w:val="single" w:sz="6" w:color="DCE5EC"/>
              <w:bottom w:val="single" w:sz="6" w:color="DCE5EC"/>
              <w:right w:val="single" w:sz="6" w:color="DCE5EC"/>
            </w:tcBorders>
          </w:tcPr>
          <w:p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2240" w:h="15840"/>
      <w:pgMar w:top="907" w:right="907" w:bottom="822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2919E"/>
        <w:sz w:val="16"/>
      </w:rPr>
      <w:t>Портфоліо учня • редагований шаблон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734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rtfolioTitle">
    <w:name w:val="Portfolio Title"/>
    <w:pPr>
      <w:spacing w:after="100"/>
    </w:pPr>
    <w:rPr>
      <w:rFonts w:ascii="Arial" w:hAnsi="Arial"/>
      <w:b/>
      <w:color w:val="1F4D78"/>
      <w:sz w:val="54"/>
    </w:rPr>
  </w:style>
  <w:style w:type="paragraph" w:customStyle="1" w:styleId="PortfolioH1">
    <w:name w:val="Portfolio H1"/>
    <w:pPr>
      <w:spacing w:after="160"/>
    </w:pPr>
    <w:rPr>
      <w:rFonts w:ascii="Arial" w:hAnsi="Arial"/>
      <w:b/>
      <w:color w:val="1F4D78"/>
      <w:sz w:val="38"/>
    </w:rPr>
  </w:style>
  <w:style w:type="paragraph" w:customStyle="1" w:styleId="PortfolioH2">
    <w:name w:val="Portfolio H2"/>
    <w:pPr>
      <w:spacing w:after="80"/>
    </w:pPr>
    <w:rPr>
      <w:rFonts w:ascii="Arial" w:hAnsi="Arial"/>
      <w:b/>
      <w:color w:val="173A5B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