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16" w:lineRule="auto"/>
        <w:jc w:val="center"/>
      </w:pPr>
      <w:r>
        <w:rPr>
          <w:rFonts w:ascii="Arial" w:hAnsi="Arial" w:eastAsia="Arial"/>
          <w:b/>
          <w:color w:val="4F46E5"/>
          <w:sz w:val="31"/>
        </w:rPr>
        <w:t>Календар учителя на 2026-2027 навчальний рік</w:t>
      </w:r>
    </w:p>
    <w:p>
      <w:pPr>
        <w:spacing w:before="0" w:after="20" w:line="192" w:lineRule="auto"/>
        <w:jc w:val="center"/>
      </w:pPr>
      <w:r>
        <w:rPr>
          <w:rFonts w:ascii="Arial" w:hAnsi="Arial" w:eastAsia="Arial"/>
          <w:b w:val="0"/>
          <w:color w:val="667085"/>
          <w:sz w:val="13"/>
        </w:rPr>
        <w:t>Заклад освіти: _____________________________________    Педагог: 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053"/>
        <w:gridCol w:w="4053"/>
        <w:gridCol w:w="4053"/>
        <w:gridCol w:w="4053"/>
      </w:tblGrid>
      <w:tr>
        <w:trPr>
          <w:trHeight w:val="2880" w:hRule="exact"/>
        </w:trPr>
        <w:tc>
          <w:tcPr>
            <w:tcW w:type="dxa" w:w="4053"/>
            <w:tcMar>
              <w:top w:w="15" w:type="dxa"/>
              <w:start w:w="15" w:type="dxa"/>
              <w:bottom w:w="15" w:type="dxa"/>
              <w:end w:w="15" w:type="dxa"/>
            </w:tcMar>
            <w:vAlign w:val="center"/>
          </w:tcPr>
          <w:p>
            <w:pPr>
              <w:spacing w:before="0" w:after="0" w:line="120" w:lineRule="auto"/>
              <w:jc w:val="center"/>
            </w:pPr>
            <w:r>
              <w:rPr>
                <w:rFonts w:ascii="Arial" w:hAnsi="Arial" w:eastAsia="Arial"/>
                <w:b w:val="0"/>
                <w:color w:val="273442"/>
                <w:sz w:val="2"/>
              </w:rPr>
            </w: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507"/>
              <w:gridCol w:w="507"/>
              <w:gridCol w:w="507"/>
              <w:gridCol w:w="507"/>
              <w:gridCol w:w="507"/>
              <w:gridCol w:w="507"/>
              <w:gridCol w:w="507"/>
              <w:gridCol w:w="507"/>
            </w:tblGrid>
            <w:tr>
              <w:trPr>
                <w:trHeight w:val="306" w:hRule="exact"/>
              </w:trPr>
              <w:tc>
                <w:tcPr>
                  <w:tcW w:type="dxa" w:w="4056"/>
                  <w:gridSpan w:val="8"/>
                  <w:shd w:fill="4F46E5"/>
                  <w:tcMar>
                    <w:top w:w="18" w:type="dxa"/>
                    <w:start w:w="10" w:type="dxa"/>
                    <w:bottom w:w="18" w:type="dxa"/>
                    <w:end w:w="10" w:type="dxa"/>
                  </w:tcMar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>Вересень 2026</w:t>
                  </w:r>
                </w:p>
              </w:tc>
            </w:tr>
            <w:tr>
              <w:trPr>
                <w:trHeight w:val="215" w:hRule="exact"/>
              </w:trPr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№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Пн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Вт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Ср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Чт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Сб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Нд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DCFCE7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1"/>
                    </w:rPr>
                    <w:t>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6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13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20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27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</w:tbl>
          <w:p/>
        </w:tc>
        <w:tc>
          <w:tcPr>
            <w:tcW w:type="dxa" w:w="4053"/>
            <w:tcMar>
              <w:top w:w="15" w:type="dxa"/>
              <w:start w:w="15" w:type="dxa"/>
              <w:bottom w:w="15" w:type="dxa"/>
              <w:end w:w="15" w:type="dxa"/>
            </w:tcMar>
            <w:vAlign w:val="center"/>
          </w:tcPr>
          <w:p>
            <w:pPr>
              <w:spacing w:before="0" w:after="0" w:line="120" w:lineRule="auto"/>
              <w:jc w:val="center"/>
            </w:pPr>
            <w:r>
              <w:rPr>
                <w:rFonts w:ascii="Arial" w:hAnsi="Arial" w:eastAsia="Arial"/>
                <w:b w:val="0"/>
                <w:color w:val="273442"/>
                <w:sz w:val="2"/>
              </w:rPr>
            </w: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507"/>
              <w:gridCol w:w="507"/>
              <w:gridCol w:w="507"/>
              <w:gridCol w:w="507"/>
              <w:gridCol w:w="507"/>
              <w:gridCol w:w="507"/>
              <w:gridCol w:w="507"/>
              <w:gridCol w:w="507"/>
            </w:tblGrid>
            <w:tr>
              <w:trPr>
                <w:trHeight w:val="306" w:hRule="exact"/>
              </w:trPr>
              <w:tc>
                <w:tcPr>
                  <w:tcW w:type="dxa" w:w="4056"/>
                  <w:gridSpan w:val="8"/>
                  <w:shd w:fill="4F46E5"/>
                  <w:tcMar>
                    <w:top w:w="18" w:type="dxa"/>
                    <w:start w:w="10" w:type="dxa"/>
                    <w:bottom w:w="18" w:type="dxa"/>
                    <w:end w:w="10" w:type="dxa"/>
                  </w:tcMar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>Жовтень 2026</w:t>
                  </w:r>
                </w:p>
              </w:tc>
            </w:tr>
            <w:tr>
              <w:trPr>
                <w:trHeight w:val="215" w:hRule="exact"/>
              </w:trPr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№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Пн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Вт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Ср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Чт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Сб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Нд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4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11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18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25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31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10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</w:tbl>
          <w:p/>
        </w:tc>
        <w:tc>
          <w:tcPr>
            <w:tcW w:type="dxa" w:w="4053"/>
            <w:tcMar>
              <w:top w:w="15" w:type="dxa"/>
              <w:start w:w="15" w:type="dxa"/>
              <w:bottom w:w="15" w:type="dxa"/>
              <w:end w:w="15" w:type="dxa"/>
            </w:tcMar>
            <w:vAlign w:val="center"/>
          </w:tcPr>
          <w:p>
            <w:pPr>
              <w:spacing w:before="0" w:after="0" w:line="120" w:lineRule="auto"/>
              <w:jc w:val="center"/>
            </w:pPr>
            <w:r>
              <w:rPr>
                <w:rFonts w:ascii="Arial" w:hAnsi="Arial" w:eastAsia="Arial"/>
                <w:b w:val="0"/>
                <w:color w:val="273442"/>
                <w:sz w:val="2"/>
              </w:rPr>
            </w: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507"/>
              <w:gridCol w:w="507"/>
              <w:gridCol w:w="507"/>
              <w:gridCol w:w="507"/>
              <w:gridCol w:w="507"/>
              <w:gridCol w:w="507"/>
              <w:gridCol w:w="507"/>
              <w:gridCol w:w="507"/>
            </w:tblGrid>
            <w:tr>
              <w:trPr>
                <w:trHeight w:val="306" w:hRule="exact"/>
              </w:trPr>
              <w:tc>
                <w:tcPr>
                  <w:tcW w:type="dxa" w:w="4056"/>
                  <w:gridSpan w:val="8"/>
                  <w:shd w:fill="4F46E5"/>
                  <w:tcMar>
                    <w:top w:w="18" w:type="dxa"/>
                    <w:start w:w="10" w:type="dxa"/>
                    <w:bottom w:w="18" w:type="dxa"/>
                    <w:end w:w="10" w:type="dxa"/>
                  </w:tcMar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>Листопад 2026</w:t>
                  </w:r>
                </w:p>
              </w:tc>
            </w:tr>
            <w:tr>
              <w:trPr>
                <w:trHeight w:val="215" w:hRule="exact"/>
              </w:trPr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№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Пн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Вт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Ср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Чт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Сб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Нд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10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8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11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15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12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22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13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29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14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</w:tbl>
          <w:p/>
        </w:tc>
        <w:tc>
          <w:tcPr>
            <w:tcW w:type="dxa" w:w="4053"/>
            <w:tcMar>
              <w:top w:w="15" w:type="dxa"/>
              <w:start w:w="15" w:type="dxa"/>
              <w:bottom w:w="15" w:type="dxa"/>
              <w:end w:w="15" w:type="dxa"/>
            </w:tcMar>
            <w:vAlign w:val="center"/>
          </w:tcPr>
          <w:p>
            <w:pPr>
              <w:spacing w:before="0" w:after="0" w:line="120" w:lineRule="auto"/>
              <w:jc w:val="center"/>
            </w:pPr>
            <w:r>
              <w:rPr>
                <w:rFonts w:ascii="Arial" w:hAnsi="Arial" w:eastAsia="Arial"/>
                <w:b w:val="0"/>
                <w:color w:val="273442"/>
                <w:sz w:val="2"/>
              </w:rPr>
            </w: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507"/>
              <w:gridCol w:w="507"/>
              <w:gridCol w:w="507"/>
              <w:gridCol w:w="507"/>
              <w:gridCol w:w="507"/>
              <w:gridCol w:w="507"/>
              <w:gridCol w:w="507"/>
              <w:gridCol w:w="507"/>
            </w:tblGrid>
            <w:tr>
              <w:trPr>
                <w:trHeight w:val="306" w:hRule="exact"/>
              </w:trPr>
              <w:tc>
                <w:tcPr>
                  <w:tcW w:type="dxa" w:w="4056"/>
                  <w:gridSpan w:val="8"/>
                  <w:shd w:fill="4F46E5"/>
                  <w:tcMar>
                    <w:top w:w="18" w:type="dxa"/>
                    <w:start w:w="10" w:type="dxa"/>
                    <w:bottom w:w="18" w:type="dxa"/>
                    <w:end w:w="10" w:type="dxa"/>
                  </w:tcMar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>Грудень 2026</w:t>
                  </w:r>
                </w:p>
              </w:tc>
            </w:tr>
            <w:tr>
              <w:trPr>
                <w:trHeight w:val="215" w:hRule="exact"/>
              </w:trPr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№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Пн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Вт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Ср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Чт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Сб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Нд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14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6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15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13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16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20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17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27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18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19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</w:tbl>
          <w:p/>
        </w:tc>
      </w:tr>
      <w:tr>
        <w:trPr>
          <w:trHeight w:val="2880" w:hRule="exact"/>
        </w:trPr>
        <w:tc>
          <w:tcPr>
            <w:tcW w:type="dxa" w:w="4053"/>
            <w:tcMar>
              <w:top w:w="15" w:type="dxa"/>
              <w:start w:w="15" w:type="dxa"/>
              <w:bottom w:w="15" w:type="dxa"/>
              <w:end w:w="15" w:type="dxa"/>
            </w:tcMar>
            <w:vAlign w:val="center"/>
          </w:tcPr>
          <w:p>
            <w:pPr>
              <w:spacing w:before="0" w:after="0" w:line="120" w:lineRule="auto"/>
              <w:jc w:val="center"/>
            </w:pPr>
            <w:r>
              <w:rPr>
                <w:rFonts w:ascii="Arial" w:hAnsi="Arial" w:eastAsia="Arial"/>
                <w:b w:val="0"/>
                <w:color w:val="273442"/>
                <w:sz w:val="2"/>
              </w:rPr>
            </w: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507"/>
              <w:gridCol w:w="507"/>
              <w:gridCol w:w="507"/>
              <w:gridCol w:w="507"/>
              <w:gridCol w:w="507"/>
              <w:gridCol w:w="507"/>
              <w:gridCol w:w="507"/>
              <w:gridCol w:w="507"/>
            </w:tblGrid>
            <w:tr>
              <w:trPr>
                <w:trHeight w:val="306" w:hRule="exact"/>
              </w:trPr>
              <w:tc>
                <w:tcPr>
                  <w:tcW w:type="dxa" w:w="4056"/>
                  <w:gridSpan w:val="8"/>
                  <w:shd w:fill="4F46E5"/>
                  <w:tcMar>
                    <w:top w:w="18" w:type="dxa"/>
                    <w:start w:w="10" w:type="dxa"/>
                    <w:bottom w:w="18" w:type="dxa"/>
                    <w:end w:w="10" w:type="dxa"/>
                  </w:tcMar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>Січень 2027</w:t>
                  </w:r>
                </w:p>
              </w:tc>
            </w:tr>
            <w:tr>
              <w:trPr>
                <w:trHeight w:val="215" w:hRule="exact"/>
              </w:trPr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№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Пн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Вт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Ср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Чт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Сб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Нд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18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3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19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10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20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17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21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24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22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30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31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23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</w:tbl>
          <w:p/>
        </w:tc>
        <w:tc>
          <w:tcPr>
            <w:tcW w:type="dxa" w:w="4053"/>
            <w:tcMar>
              <w:top w:w="15" w:type="dxa"/>
              <w:start w:w="15" w:type="dxa"/>
              <w:bottom w:w="15" w:type="dxa"/>
              <w:end w:w="15" w:type="dxa"/>
            </w:tcMar>
            <w:vAlign w:val="center"/>
          </w:tcPr>
          <w:p>
            <w:pPr>
              <w:spacing w:before="0" w:after="0" w:line="120" w:lineRule="auto"/>
              <w:jc w:val="center"/>
            </w:pPr>
            <w:r>
              <w:rPr>
                <w:rFonts w:ascii="Arial" w:hAnsi="Arial" w:eastAsia="Arial"/>
                <w:b w:val="0"/>
                <w:color w:val="273442"/>
                <w:sz w:val="2"/>
              </w:rPr>
            </w: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507"/>
              <w:gridCol w:w="507"/>
              <w:gridCol w:w="507"/>
              <w:gridCol w:w="507"/>
              <w:gridCol w:w="507"/>
              <w:gridCol w:w="507"/>
              <w:gridCol w:w="507"/>
              <w:gridCol w:w="507"/>
            </w:tblGrid>
            <w:tr>
              <w:trPr>
                <w:trHeight w:val="306" w:hRule="exact"/>
              </w:trPr>
              <w:tc>
                <w:tcPr>
                  <w:tcW w:type="dxa" w:w="4056"/>
                  <w:gridSpan w:val="8"/>
                  <w:shd w:fill="4F46E5"/>
                  <w:tcMar>
                    <w:top w:w="18" w:type="dxa"/>
                    <w:start w:w="10" w:type="dxa"/>
                    <w:bottom w:w="18" w:type="dxa"/>
                    <w:end w:w="10" w:type="dxa"/>
                  </w:tcMar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>Лютий 2027</w:t>
                  </w:r>
                </w:p>
              </w:tc>
            </w:tr>
            <w:tr>
              <w:trPr>
                <w:trHeight w:val="215" w:hRule="exact"/>
              </w:trPr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№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Пн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Вт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Ср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Чт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Сб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Нд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23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7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24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14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25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21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26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28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27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28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</w:tbl>
          <w:p/>
        </w:tc>
        <w:tc>
          <w:tcPr>
            <w:tcW w:type="dxa" w:w="4053"/>
            <w:tcMar>
              <w:top w:w="15" w:type="dxa"/>
              <w:start w:w="15" w:type="dxa"/>
              <w:bottom w:w="15" w:type="dxa"/>
              <w:end w:w="15" w:type="dxa"/>
            </w:tcMar>
            <w:vAlign w:val="center"/>
          </w:tcPr>
          <w:p>
            <w:pPr>
              <w:spacing w:before="0" w:after="0" w:line="120" w:lineRule="auto"/>
              <w:jc w:val="center"/>
            </w:pPr>
            <w:r>
              <w:rPr>
                <w:rFonts w:ascii="Arial" w:hAnsi="Arial" w:eastAsia="Arial"/>
                <w:b w:val="0"/>
                <w:color w:val="273442"/>
                <w:sz w:val="2"/>
              </w:rPr>
            </w: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507"/>
              <w:gridCol w:w="507"/>
              <w:gridCol w:w="507"/>
              <w:gridCol w:w="507"/>
              <w:gridCol w:w="507"/>
              <w:gridCol w:w="507"/>
              <w:gridCol w:w="507"/>
              <w:gridCol w:w="507"/>
            </w:tblGrid>
            <w:tr>
              <w:trPr>
                <w:trHeight w:val="306" w:hRule="exact"/>
              </w:trPr>
              <w:tc>
                <w:tcPr>
                  <w:tcW w:type="dxa" w:w="4056"/>
                  <w:gridSpan w:val="8"/>
                  <w:shd w:fill="4F46E5"/>
                  <w:tcMar>
                    <w:top w:w="18" w:type="dxa"/>
                    <w:start w:w="10" w:type="dxa"/>
                    <w:bottom w:w="18" w:type="dxa"/>
                    <w:end w:w="10" w:type="dxa"/>
                  </w:tcMar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>Березень 2027</w:t>
                  </w:r>
                </w:p>
              </w:tc>
            </w:tr>
            <w:tr>
              <w:trPr>
                <w:trHeight w:val="215" w:hRule="exact"/>
              </w:trPr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№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Пн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Вт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Ср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Чт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Сб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Нд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27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7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28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14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29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21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30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28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31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32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</w:tbl>
          <w:p/>
        </w:tc>
        <w:tc>
          <w:tcPr>
            <w:tcW w:type="dxa" w:w="4053"/>
            <w:tcMar>
              <w:top w:w="15" w:type="dxa"/>
              <w:start w:w="15" w:type="dxa"/>
              <w:bottom w:w="15" w:type="dxa"/>
              <w:end w:w="15" w:type="dxa"/>
            </w:tcMar>
            <w:vAlign w:val="center"/>
          </w:tcPr>
          <w:p>
            <w:pPr>
              <w:spacing w:before="0" w:after="0" w:line="120" w:lineRule="auto"/>
              <w:jc w:val="center"/>
            </w:pPr>
            <w:r>
              <w:rPr>
                <w:rFonts w:ascii="Arial" w:hAnsi="Arial" w:eastAsia="Arial"/>
                <w:b w:val="0"/>
                <w:color w:val="273442"/>
                <w:sz w:val="2"/>
              </w:rPr>
            </w: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507"/>
              <w:gridCol w:w="507"/>
              <w:gridCol w:w="507"/>
              <w:gridCol w:w="507"/>
              <w:gridCol w:w="507"/>
              <w:gridCol w:w="507"/>
              <w:gridCol w:w="507"/>
              <w:gridCol w:w="507"/>
            </w:tblGrid>
            <w:tr>
              <w:trPr>
                <w:trHeight w:val="306" w:hRule="exact"/>
              </w:trPr>
              <w:tc>
                <w:tcPr>
                  <w:tcW w:type="dxa" w:w="4056"/>
                  <w:gridSpan w:val="8"/>
                  <w:shd w:fill="4F46E5"/>
                  <w:tcMar>
                    <w:top w:w="18" w:type="dxa"/>
                    <w:start w:w="10" w:type="dxa"/>
                    <w:bottom w:w="18" w:type="dxa"/>
                    <w:end w:w="10" w:type="dxa"/>
                  </w:tcMar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>Квітень 2027</w:t>
                  </w:r>
                </w:p>
              </w:tc>
            </w:tr>
            <w:tr>
              <w:trPr>
                <w:trHeight w:val="215" w:hRule="exact"/>
              </w:trPr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№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Пн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Вт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Ср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Чт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Сб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Нд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31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4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32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11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33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18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34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25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35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36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</w:tbl>
          <w:p/>
        </w:tc>
      </w:tr>
      <w:tr>
        <w:trPr>
          <w:trHeight w:val="2880" w:hRule="exact"/>
        </w:trPr>
        <w:tc>
          <w:tcPr>
            <w:tcW w:type="dxa" w:w="4053"/>
            <w:tcMar>
              <w:top w:w="15" w:type="dxa"/>
              <w:start w:w="15" w:type="dxa"/>
              <w:bottom w:w="15" w:type="dxa"/>
              <w:end w:w="15" w:type="dxa"/>
            </w:tcMar>
            <w:vAlign w:val="center"/>
          </w:tcPr>
          <w:p>
            <w:pPr>
              <w:spacing w:before="0" w:after="0" w:line="120" w:lineRule="auto"/>
              <w:jc w:val="center"/>
            </w:pPr>
            <w:r>
              <w:rPr>
                <w:rFonts w:ascii="Arial" w:hAnsi="Arial" w:eastAsia="Arial"/>
                <w:b w:val="0"/>
                <w:color w:val="273442"/>
                <w:sz w:val="2"/>
              </w:rPr>
            </w: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507"/>
              <w:gridCol w:w="507"/>
              <w:gridCol w:w="507"/>
              <w:gridCol w:w="507"/>
              <w:gridCol w:w="507"/>
              <w:gridCol w:w="507"/>
              <w:gridCol w:w="507"/>
              <w:gridCol w:w="507"/>
            </w:tblGrid>
            <w:tr>
              <w:trPr>
                <w:trHeight w:val="306" w:hRule="exact"/>
              </w:trPr>
              <w:tc>
                <w:tcPr>
                  <w:tcW w:type="dxa" w:w="4056"/>
                  <w:gridSpan w:val="8"/>
                  <w:shd w:fill="4F46E5"/>
                  <w:tcMar>
                    <w:top w:w="18" w:type="dxa"/>
                    <w:start w:w="10" w:type="dxa"/>
                    <w:bottom w:w="18" w:type="dxa"/>
                    <w:end w:w="10" w:type="dxa"/>
                  </w:tcMar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>Травень 2027</w:t>
                  </w:r>
                </w:p>
              </w:tc>
            </w:tr>
            <w:tr>
              <w:trPr>
                <w:trHeight w:val="215" w:hRule="exact"/>
              </w:trPr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№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Пн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Вт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Ср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Чт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Сб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Нд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35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36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9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37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16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38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23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39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30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40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</w:tbl>
          <w:p/>
        </w:tc>
        <w:tc>
          <w:tcPr>
            <w:tcW w:type="dxa" w:w="4053"/>
            <w:tcMar>
              <w:top w:w="15" w:type="dxa"/>
              <w:start w:w="15" w:type="dxa"/>
              <w:bottom w:w="15" w:type="dxa"/>
              <w:end w:w="15" w:type="dxa"/>
            </w:tcMar>
            <w:vAlign w:val="center"/>
          </w:tcPr>
          <w:p>
            <w:pPr>
              <w:spacing w:before="0" w:after="0" w:line="120" w:lineRule="auto"/>
              <w:jc w:val="center"/>
            </w:pPr>
            <w:r>
              <w:rPr>
                <w:rFonts w:ascii="Arial" w:hAnsi="Arial" w:eastAsia="Arial"/>
                <w:b w:val="0"/>
                <w:color w:val="273442"/>
                <w:sz w:val="2"/>
              </w:rPr>
            </w: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507"/>
              <w:gridCol w:w="507"/>
              <w:gridCol w:w="507"/>
              <w:gridCol w:w="507"/>
              <w:gridCol w:w="507"/>
              <w:gridCol w:w="507"/>
              <w:gridCol w:w="507"/>
              <w:gridCol w:w="507"/>
            </w:tblGrid>
            <w:tr>
              <w:trPr>
                <w:trHeight w:val="306" w:hRule="exact"/>
              </w:trPr>
              <w:tc>
                <w:tcPr>
                  <w:tcW w:type="dxa" w:w="4056"/>
                  <w:gridSpan w:val="8"/>
                  <w:shd w:fill="4F46E5"/>
                  <w:tcMar>
                    <w:top w:w="18" w:type="dxa"/>
                    <w:start w:w="10" w:type="dxa"/>
                    <w:bottom w:w="18" w:type="dxa"/>
                    <w:end w:w="10" w:type="dxa"/>
                  </w:tcMar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>Червень 2027</w:t>
                  </w:r>
                </w:p>
              </w:tc>
            </w:tr>
            <w:tr>
              <w:trPr>
                <w:trHeight w:val="215" w:hRule="exact"/>
              </w:trPr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№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Пн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Вт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Ср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Чт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Сб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Нд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40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6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41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13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42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20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43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27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44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DCFCE7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1"/>
                    </w:rPr>
                    <w:t>30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45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</w:tbl>
          <w:p/>
        </w:tc>
        <w:tc>
          <w:tcPr>
            <w:tcW w:type="dxa" w:w="4053"/>
            <w:tcMar>
              <w:top w:w="15" w:type="dxa"/>
              <w:start w:w="15" w:type="dxa"/>
              <w:bottom w:w="15" w:type="dxa"/>
              <w:end w:w="15" w:type="dxa"/>
            </w:tcMar>
            <w:vAlign w:val="center"/>
          </w:tcPr>
          <w:p>
            <w:pPr>
              <w:spacing w:before="0" w:after="0" w:line="120" w:lineRule="auto"/>
              <w:jc w:val="center"/>
            </w:pPr>
            <w:r>
              <w:rPr>
                <w:rFonts w:ascii="Arial" w:hAnsi="Arial" w:eastAsia="Arial"/>
                <w:b w:val="0"/>
                <w:color w:val="273442"/>
                <w:sz w:val="2"/>
              </w:rPr>
            </w: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507"/>
              <w:gridCol w:w="507"/>
              <w:gridCol w:w="507"/>
              <w:gridCol w:w="507"/>
              <w:gridCol w:w="507"/>
              <w:gridCol w:w="507"/>
              <w:gridCol w:w="507"/>
              <w:gridCol w:w="507"/>
            </w:tblGrid>
            <w:tr>
              <w:trPr>
                <w:trHeight w:val="306" w:hRule="exact"/>
              </w:trPr>
              <w:tc>
                <w:tcPr>
                  <w:tcW w:type="dxa" w:w="4056"/>
                  <w:gridSpan w:val="8"/>
                  <w:shd w:fill="4F46E5"/>
                  <w:tcMar>
                    <w:top w:w="18" w:type="dxa"/>
                    <w:start w:w="10" w:type="dxa"/>
                    <w:bottom w:w="18" w:type="dxa"/>
                    <w:end w:w="10" w:type="dxa"/>
                  </w:tcMar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>Липень 2027</w:t>
                  </w:r>
                </w:p>
              </w:tc>
            </w:tr>
            <w:tr>
              <w:trPr>
                <w:trHeight w:val="215" w:hRule="exact"/>
              </w:trPr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№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Пн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Вт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Ср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Чт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Сб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Нд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44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4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45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11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46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18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47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25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48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31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49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</w:tbl>
          <w:p/>
        </w:tc>
        <w:tc>
          <w:tcPr>
            <w:tcW w:type="dxa" w:w="4053"/>
            <w:tcMar>
              <w:top w:w="15" w:type="dxa"/>
              <w:start w:w="15" w:type="dxa"/>
              <w:bottom w:w="15" w:type="dxa"/>
              <w:end w:w="15" w:type="dxa"/>
            </w:tcMar>
            <w:vAlign w:val="center"/>
          </w:tcPr>
          <w:p>
            <w:pPr>
              <w:spacing w:before="0" w:after="0" w:line="120" w:lineRule="auto"/>
              <w:jc w:val="center"/>
            </w:pPr>
            <w:r>
              <w:rPr>
                <w:rFonts w:ascii="Arial" w:hAnsi="Arial" w:eastAsia="Arial"/>
                <w:b w:val="0"/>
                <w:color w:val="273442"/>
                <w:sz w:val="2"/>
              </w:rPr>
            </w: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507"/>
              <w:gridCol w:w="507"/>
              <w:gridCol w:w="507"/>
              <w:gridCol w:w="507"/>
              <w:gridCol w:w="507"/>
              <w:gridCol w:w="507"/>
              <w:gridCol w:w="507"/>
              <w:gridCol w:w="507"/>
            </w:tblGrid>
            <w:tr>
              <w:trPr>
                <w:trHeight w:val="306" w:hRule="exact"/>
              </w:trPr>
              <w:tc>
                <w:tcPr>
                  <w:tcW w:type="dxa" w:w="4056"/>
                  <w:gridSpan w:val="8"/>
                  <w:shd w:fill="4F46E5"/>
                  <w:tcMar>
                    <w:top w:w="18" w:type="dxa"/>
                    <w:start w:w="10" w:type="dxa"/>
                    <w:bottom w:w="18" w:type="dxa"/>
                    <w:end w:w="10" w:type="dxa"/>
                  </w:tcMar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>Серпень 2027</w:t>
                  </w:r>
                </w:p>
              </w:tc>
            </w:tr>
            <w:tr>
              <w:trPr>
                <w:trHeight w:val="215" w:hRule="exact"/>
              </w:trPr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№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Пн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Вт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Ср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Чт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273442"/>
                      <w:sz w:val="10"/>
                    </w:rPr>
                    <w:t>Пт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Сб</w:t>
                  </w:r>
                </w:p>
              </w:tc>
              <w:tc>
                <w:tcPr>
                  <w:tcW w:type="dxa" w:w="507"/>
                  <w:shd w:fill="EEF2FF"/>
                  <w:tcMar>
                    <w:top w:w="8" w:type="dxa"/>
                    <w:start w:w="4" w:type="dxa"/>
                    <w:bottom w:w="8" w:type="dxa"/>
                    <w:end w:w="4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667085"/>
                      <w:sz w:val="10"/>
                    </w:rPr>
                    <w:t>Нд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48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49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8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50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15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51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19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22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52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24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25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26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27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28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11"/>
                    </w:rPr>
                    <w:t>29</w:t>
                  </w:r>
                </w:p>
              </w:tc>
            </w:tr>
            <w:tr>
              <w:trPr>
                <w:trHeight w:val="374" w:hRule="exact"/>
              </w:trPr>
              <w:tc>
                <w:tcPr>
                  <w:tcW w:type="dxa" w:w="507"/>
                  <w:shd w:fill="EEF2FF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667085"/>
                      <w:sz w:val="9"/>
                    </w:rPr>
                    <w:t>53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30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  <w:r>
                    <w:rPr>
                      <w:rFonts w:ascii="Arial" w:hAnsi="Arial" w:eastAsia="Arial"/>
                      <w:b w:val="0"/>
                      <w:color w:val="273442"/>
                      <w:sz w:val="11"/>
                    </w:rPr>
                    <w:t>31</w:t>
                  </w: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  <w:tc>
                <w:tcPr>
                  <w:tcW w:type="dxa" w:w="507"/>
                  <w:tcMar>
                    <w:top w:w="6" w:type="dxa"/>
                    <w:start w:w="2" w:type="dxa"/>
                    <w:bottom w:w="6" w:type="dxa"/>
                    <w:end w:w="2" w:type="dxa"/>
                  </w:tcMar>
                  <w:tcBorders>
                    <w:top w:val="single" w:sz="4" w:color="D7DCE5"/>
                    <w:left w:val="single" w:sz="4" w:color="D7DCE5"/>
                    <w:bottom w:val="single" w:sz="4" w:color="D7DCE5"/>
                    <w:right w:val="single" w:sz="4" w:color="D7DCE5"/>
                    <w:insideH w:val="single" w:sz="4" w:color="D7DCE5"/>
                    <w:insideV w:val="single" w:sz="4" w:color="D7DCE5"/>
                  </w:tcBorders>
                  <w:shd w:fill="F3F4F6"/>
                </w:tcPr>
                <w:p>
                  <w:pPr>
                    <w:spacing w:before="0" w:after="0" w:line="192" w:lineRule="auto"/>
                    <w:jc w:val="center"/>
                  </w:pPr>
                </w:p>
              </w:tc>
            </w:tr>
          </w:tbl>
          <w:p/>
        </w:tc>
      </w:tr>
    </w:tbl>
    <w:p>
      <w:pPr>
        <w:spacing w:before="0" w:after="0" w:line="180" w:lineRule="auto"/>
        <w:jc w:val="center"/>
      </w:pPr>
      <w:r>
        <w:rPr>
          <w:rFonts w:ascii="Arial" w:hAnsi="Arial" w:eastAsia="Arial"/>
          <w:b w:val="0"/>
          <w:color w:val="667085"/>
          <w:sz w:val="11"/>
        </w:rPr>
        <w:t>Навчальний рік: 01.09.2026-30.06.2027. Дати канікул, останнього дзвоника та фактичного завершення занять визначає педагогічна рада закладу освіти.</w:t>
      </w:r>
    </w:p>
    <w:sectPr w:rsidR="00FC693F" w:rsidRPr="0006063C" w:rsidSect="00034616">
      <w:pgSz w:w="16838" w:h="11906" w:orient="landscape"/>
      <w:pgMar w:top="255" w:right="312" w:bottom="238" w:left="312" w:header="113" w:footer="11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16" w:lineRule="auto"/>
    </w:pPr>
    <w:rPr>
      <w:rFonts w:ascii="Arial" w:hAnsi="Arial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 учителя на 2026-2027 навчальний рік</dc:title>
  <dc:subject>Редагований календар для друку</dc:subject>
  <dc:creator>Освіта+</dc:creator>
  <cp:keywords>календар учителя, 2026-2027, календар вчителя, КТП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