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sz w:val="30"/>
        </w:rPr>
        <w:t>ЗАПИС БАТЬКІВСЬКИХ ЗБОРІВ</w:t>
      </w:r>
    </w:p>
    <w:p>
      <w:pPr>
        <w:jc w:val="center"/>
      </w:pPr>
      <w:r>
        <w:rPr>
          <w:rFonts w:ascii="Arial" w:hAnsi="Arial"/>
          <w:sz w:val="21"/>
        </w:rPr>
        <w:t>Універсальний шаблон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20"/>
              </w:rPr>
              <w:t>Заклад освіти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20"/>
              </w:rPr>
              <w:t>Клас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20"/>
              </w:rPr>
              <w:t>Класний керівник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20"/>
              </w:rPr>
              <w:t>____________________________________________________________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vAlign w:val="center"/>
            <w:shd w:fill="E7E6E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9"/>
              </w:rPr>
              <w:t>Дата</w:t>
            </w:r>
          </w:p>
        </w:tc>
        <w:tc>
          <w:tcPr>
            <w:tcW w:type="dxa" w:w="3400"/>
            <w:vAlign w:val="center"/>
            <w:shd w:fill="E7E6E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9"/>
              </w:rPr>
              <w:t>Час</w:t>
            </w:r>
          </w:p>
        </w:tc>
        <w:tc>
          <w:tcPr>
            <w:tcW w:type="dxa" w:w="3400"/>
            <w:vAlign w:val="center"/>
            <w:shd w:fill="E7E6E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9"/>
              </w:rPr>
              <w:t>Формат / місце проведення</w:t>
            </w:r>
          </w:p>
        </w:tc>
      </w:tr>
      <w:tr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</w:tbl>
    <w:p>
      <w:pPr>
        <w:pStyle w:val="Heading1"/>
      </w:pPr>
      <w:r>
        <w:t>Тема зборів</w:t>
      </w:r>
    </w:p>
    <w:p>
      <w:r>
        <w:t>________________________________________________________________________________</w:t>
      </w:r>
    </w:p>
    <w:p>
      <w:pPr>
        <w:pStyle w:val="Heading1"/>
      </w:pPr>
      <w:r>
        <w:t>Питання для обговорення</w:t>
      </w:r>
    </w:p>
    <w:p>
      <w:r>
        <w:t>1. ______________________________________________________________________________</w:t>
      </w:r>
    </w:p>
    <w:p>
      <w:r>
        <w:t>2. ______________________________________________________________________________</w:t>
      </w:r>
    </w:p>
    <w:p>
      <w:r>
        <w:t>3. ______________________________________________________________________________</w:t>
      </w:r>
    </w:p>
    <w:p>
      <w:r>
        <w:t>4. ______________________________________________________________________________</w:t>
      </w:r>
    </w:p>
    <w:p>
      <w:pPr>
        <w:pStyle w:val="Heading1"/>
      </w:pPr>
      <w:r>
        <w:t>Основні домовленості / рішення</w:t>
      </w:r>
    </w:p>
    <w:p>
      <w:r>
        <w:t>1. ______________________________________________________________________________</w:t>
      </w:r>
    </w:p>
    <w:p>
      <w:r>
        <w:t>2. ______________________________________________________________________________</w:t>
      </w:r>
    </w:p>
    <w:p>
      <w:r>
        <w:t>3. ______________________________________________________________________________</w:t>
      </w:r>
    </w:p>
    <w:p>
      <w:r>
        <w:t>4. ______________________________________________________________________________</w:t>
      </w:r>
    </w:p>
    <w:p>
      <w:pPr>
        <w:pStyle w:val="Heading1"/>
      </w:pPr>
      <w:r>
        <w:t>Наступні кроки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vAlign w:val="center"/>
            <w:shd w:fill="E7E6E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9"/>
              </w:rPr>
              <w:t>Що зробити</w:t>
            </w:r>
          </w:p>
        </w:tc>
        <w:tc>
          <w:tcPr>
            <w:tcW w:type="dxa" w:w="3400"/>
            <w:vAlign w:val="center"/>
            <w:shd w:fill="E7E6E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9"/>
              </w:rPr>
              <w:t>Відповідальний</w:t>
            </w:r>
          </w:p>
        </w:tc>
        <w:tc>
          <w:tcPr>
            <w:tcW w:type="dxa" w:w="3400"/>
            <w:vAlign w:val="center"/>
            <w:shd w:fill="E7E6E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9"/>
              </w:rPr>
              <w:t>Термін</w:t>
            </w:r>
          </w:p>
        </w:tc>
      </w:tr>
      <w:tr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</w:tbl>
    <w:p>
      <w:r>
        <w:br/>
        <w:t>Класний керівник: ____________________________    Дата: __________________</w:t>
      </w:r>
    </w:p>
    <w:sectPr w:rsidR="00FC693F" w:rsidRPr="0006063C" w:rsidSect="00034616">
      <w:pgSz w:w="12240" w:h="15840"/>
      <w:pgMar w:top="964" w:right="1020" w:bottom="96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