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1F4E79"/>
          <w:sz w:val="32"/>
        </w:rPr>
        <w:t>ХАРАКТЕРИСТИКА НА УЧНЯ 9 КЛАСУ</w:t>
      </w:r>
    </w:p>
    <w:p>
      <w:pPr>
        <w:spacing w:after="200"/>
        <w:jc w:val="center"/>
      </w:pPr>
      <w:r>
        <w:rPr>
          <w:rFonts w:ascii="Arial" w:hAnsi="Arial"/>
          <w:i/>
          <w:color w:val="595959"/>
          <w:sz w:val="19"/>
        </w:rPr>
        <w:t>Шаблон характеристики випускника базової середньої школи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 xml:space="preserve">Як користуватися: </w:t>
            </w:r>
            <w:r>
              <w:rPr>
                <w:rFonts w:ascii="Arial" w:hAnsi="Arial"/>
                <w:sz w:val="19"/>
              </w:rPr>
              <w:t>замініть текст у квадратних дужках на фактичні дані. Залишайте лише ті твердження, які відповідають конкретному учневі та меті характеристики.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ПІБ учня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[Прізвище Ім'я По батькові]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9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[повна назва закладу]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Навчається у закладі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[з ____ року / з ____ класу]</w:t>
            </w:r>
          </w:p>
        </w:tc>
      </w:tr>
    </w:tbl>
    <w:p/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[ПІБ] навчається у [назва закладу] з [рік / клас]. За період навчання зарекомендував/-ла себе як [відповідальний/-а / дисциплінований/-а / активний/-а / спокійний/-а / інше] учень/-иця.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Навчальні досягнення мають переважно [високий / достатній / середній / початковий] рівень. Найкращі результати демонструє з [предмети]. До навчальних завдань ставиться [відповідально / вибірково / потребує додаткового контролю]. Уміє [самостійно працювати з інформацією / виконувати завдання за алгоритмом / працювати в групі / презентувати результати роботи].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У спілкуванні з однокласниками [відкритий/-а та доброзичливий/-а / підтримує рівні стосунки / спілкується вибірково]. У колективних справах [бере ініціативу / виконує доручену роль / долучається за запрошенням]. До педагогів ставиться [коректно та з повагою].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Правил внутрішнього розпорядку [дотримується / переважно дотримується]. До доручень ставиться [відповідально / потребує нагадування]. У конфліктних ситуаціях [намагається домовлятися / потребує допомоги дорослого для конструктивного вирішення].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Має інтерес до [предмети / види діяльності / спорт / творчість / техніка / інше]. Щодо подальшого навчання [визначився/-лася з напрямом / розглядає кілька напрямів / потребує профорієнтаційної підтримки].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Загальний висновок: [2-3 речення про сильні сторони, самостійність, навчальну мотивацію та соціальну взаємодію учня].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Класний керівник: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Директор / керівник закладу: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Дата: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[дд.мм.рррр]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