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rial" w:hAnsi="Arial"/>
          <w:b/>
          <w:color w:val="1F4E79"/>
          <w:sz w:val="32"/>
        </w:rPr>
        <w:t>ХАРАКТЕРИСТИКА НА УЧНЯ ПОЧАТКОВОЇ ШКОЛИ</w:t>
      </w:r>
    </w:p>
    <w:p>
      <w:pPr>
        <w:spacing w:after="200"/>
        <w:jc w:val="center"/>
      </w:pPr>
      <w:r>
        <w:rPr>
          <w:rFonts w:ascii="Arial" w:hAnsi="Arial"/>
          <w:i/>
          <w:color w:val="595959"/>
          <w:sz w:val="19"/>
        </w:rPr>
        <w:t>Шаблон для 1-4 класів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shd w:fill="EAF2F8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19"/>
              </w:rPr>
              <w:t xml:space="preserve">Як користуватися: </w:t>
            </w:r>
            <w:r>
              <w:rPr>
                <w:rFonts w:ascii="Arial" w:hAnsi="Arial"/>
                <w:sz w:val="19"/>
              </w:rPr>
              <w:t>замініть текст у квадратних дужках на фактичні дані. Залишайте лише ті твердження, які відповідають конкретному учневі та меті характеристики.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shd w:fill="F2F2F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20"/>
              </w:rPr>
              <w:t>ПІБ учня</w:t>
            </w:r>
          </w:p>
        </w:tc>
        <w:tc>
          <w:tcPr>
            <w:tcW w:type="dxa" w:w="498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  <w:t>[Прізвище Ім'я По батькові]</w:t>
            </w:r>
          </w:p>
        </w:tc>
      </w:tr>
      <w:tr>
        <w:tc>
          <w:tcPr>
            <w:tcW w:type="dxa" w:w="4986"/>
            <w:shd w:fill="F2F2F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20"/>
              </w:rPr>
              <w:t>Клас</w:t>
            </w:r>
          </w:p>
        </w:tc>
        <w:tc>
          <w:tcPr>
            <w:tcW w:type="dxa" w:w="498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  <w:t>[1 / 2 / 3 / 4]</w:t>
            </w:r>
          </w:p>
        </w:tc>
      </w:tr>
      <w:tr>
        <w:tc>
          <w:tcPr>
            <w:tcW w:type="dxa" w:w="4986"/>
            <w:shd w:fill="F2F2F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b/>
                <w:sz w:val="20"/>
              </w:rPr>
              <w:t>Заклад освіти</w:t>
            </w:r>
          </w:p>
        </w:tc>
        <w:tc>
          <w:tcPr>
            <w:tcW w:type="dxa" w:w="4986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/>
            </w:pPr>
            <w:r>
              <w:rPr>
                <w:rFonts w:ascii="Arial" w:hAnsi="Arial"/>
                <w:sz w:val="20"/>
              </w:rPr>
              <w:t>[повна назва закладу]</w:t>
            </w:r>
          </w:p>
        </w:tc>
      </w:tr>
    </w:tbl>
    <w:p/>
    <w:p>
      <w:pPr>
        <w:spacing w:after="100"/>
        <w:ind w:firstLine="425"/>
        <w:jc w:val="both"/>
      </w:pPr>
      <w:r>
        <w:rPr>
          <w:rFonts w:ascii="Arial" w:hAnsi="Arial"/>
          <w:sz w:val="22"/>
        </w:rPr>
        <w:t>[ПІБ] навчається у [назва закладу освіти] у [__] класі. До школи ставиться [позитивно / спокійно / потребує додаткової мотивації]. До режиму та вимог класу [адаптувався/-лася добре / адаптується поступово / потребує підтримки].</w:t>
      </w:r>
    </w:p>
    <w:p>
      <w:pPr>
        <w:spacing w:after="100"/>
        <w:ind w:firstLine="425"/>
        <w:jc w:val="both"/>
      </w:pPr>
      <w:r>
        <w:rPr>
          <w:rFonts w:ascii="Arial" w:hAnsi="Arial"/>
          <w:sz w:val="22"/>
        </w:rPr>
        <w:t>Навчальні завдання виконує [самостійно / після пояснення / за допомогою дорослого]. Інструкцію [розуміє з першого пояснення / потребує уточнення окремих кроків]. Темп роботи [достатній / нерівномірний / уповільнений]. Найбільший інтерес виявляє до [читання / математики / природничих тем / творчих завдань / іншого].</w:t>
      </w:r>
    </w:p>
    <w:p>
      <w:pPr>
        <w:spacing w:after="100"/>
        <w:ind w:firstLine="425"/>
        <w:jc w:val="both"/>
      </w:pPr>
      <w:r>
        <w:rPr>
          <w:rFonts w:ascii="Arial" w:hAnsi="Arial"/>
          <w:sz w:val="22"/>
        </w:rPr>
        <w:t>Під час уроків [уважний/-а та організований/-а / зберігає увагу протягом більшої частини заняття / потребує нагадувань для повернення до завдання]. Навчальне приладдя [тримає впорядковано / потребує допомоги в організації робочого місця].</w:t>
      </w:r>
    </w:p>
    <w:p>
      <w:pPr>
        <w:spacing w:after="100"/>
        <w:ind w:firstLine="425"/>
        <w:jc w:val="both"/>
      </w:pPr>
      <w:r>
        <w:rPr>
          <w:rFonts w:ascii="Arial" w:hAnsi="Arial"/>
          <w:sz w:val="22"/>
        </w:rPr>
        <w:t>У спілкуванні з однокласниками [доброзичливий/-а, легко вступає у взаємодію / спілкується з обмеженим колом дітей / потребує підтримки під час групової роботи]. До дорослих ставиться [ввічливо та відкрито / стримано]. На зауваження [реагує спокійно / потребує додаткового пояснення].</w:t>
      </w:r>
    </w:p>
    <w:p>
      <w:pPr>
        <w:spacing w:after="100"/>
        <w:ind w:firstLine="425"/>
        <w:jc w:val="both"/>
      </w:pPr>
      <w:r>
        <w:rPr>
          <w:rFonts w:ascii="Arial" w:hAnsi="Arial"/>
          <w:sz w:val="22"/>
        </w:rPr>
        <w:t>До сильних сторін учня можна віднести [допитливість / старанність / творчість / відповідальність / доброзичливість / наполегливість / інше]. Рекомендовано продовжувати підтримувати [самостійність / навички читання / організованість / комунікацію / інше].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vAlign w:val="center"/>
          </w:tcPr>
          <w:p>
            <w:pPr>
              <w:spacing w:after="20"/>
            </w:pPr>
            <w:r>
              <w:rPr>
                <w:rFonts w:ascii="Arial" w:hAnsi="Arial"/>
                <w:sz w:val="20"/>
              </w:rPr>
              <w:t>Класний керівник:</w:t>
            </w:r>
          </w:p>
        </w:tc>
        <w:tc>
          <w:tcPr>
            <w:tcW w:type="dxa" w:w="4986"/>
            <w:vAlign w:val="center"/>
          </w:tcPr>
          <w:p>
            <w:pPr>
              <w:spacing w:after="20"/>
            </w:pPr>
            <w:r>
              <w:rPr>
                <w:rFonts w:ascii="Arial" w:hAnsi="Arial"/>
                <w:sz w:val="20"/>
              </w:rPr>
              <w:t>__________________ / [ПІБ]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20"/>
            </w:pPr>
            <w:r>
              <w:rPr>
                <w:rFonts w:ascii="Arial" w:hAnsi="Arial"/>
                <w:sz w:val="20"/>
              </w:rPr>
              <w:t>Директор / керівник закладу:</w:t>
            </w:r>
          </w:p>
        </w:tc>
        <w:tc>
          <w:tcPr>
            <w:tcW w:type="dxa" w:w="4986"/>
            <w:vAlign w:val="center"/>
          </w:tcPr>
          <w:p>
            <w:pPr>
              <w:spacing w:after="20"/>
            </w:pPr>
            <w:r>
              <w:rPr>
                <w:rFonts w:ascii="Arial" w:hAnsi="Arial"/>
                <w:sz w:val="20"/>
              </w:rPr>
              <w:t>__________________ / [ПІБ]</w:t>
            </w:r>
          </w:p>
        </w:tc>
      </w:tr>
      <w:tr>
        <w:tc>
          <w:tcPr>
            <w:tcW w:type="dxa" w:w="4986"/>
            <w:vAlign w:val="center"/>
          </w:tcPr>
          <w:p>
            <w:pPr>
              <w:spacing w:after="20"/>
            </w:pPr>
            <w:r>
              <w:rPr>
                <w:rFonts w:ascii="Arial" w:hAnsi="Arial"/>
                <w:sz w:val="20"/>
              </w:rPr>
              <w:t>Дата:</w:t>
            </w:r>
          </w:p>
        </w:tc>
        <w:tc>
          <w:tcPr>
            <w:tcW w:type="dxa" w:w="4986"/>
            <w:vAlign w:val="center"/>
          </w:tcPr>
          <w:p>
            <w:pPr>
              <w:spacing w:after="20"/>
            </w:pPr>
            <w:r>
              <w:rPr>
                <w:rFonts w:ascii="Arial" w:hAnsi="Arial"/>
                <w:sz w:val="20"/>
              </w:rPr>
              <w:t>[дд.мм.рррр]</w:t>
            </w:r>
          </w:p>
        </w:tc>
      </w:tr>
    </w:tbl>
    <w:sectPr w:rsidR="00FC693F" w:rsidRPr="0006063C" w:rsidSect="00034616"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6" w:lineRule="auto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